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Anahtarı Teslim Tutanağı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Şasi No (VIN)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Eden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 / Ünvan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 / Birim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Kimlik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Alan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 / Ünvan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 / Birim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Kimlik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Edilen Anahtarlar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4812"/>
        <w:gridCol w:w="1443"/>
        <w:gridCol w:w="3609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481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Anahtar / Kart Türü</w:t>
            </w:r>
          </w:p>
        </w:tc>
        <w:tc>
          <w:tcPr>
            <w:tcW w:type="dxa" w:w="144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Adet</w:t>
            </w:r>
          </w:p>
        </w:tc>
        <w:tc>
          <w:tcPr>
            <w:tcW w:type="dxa" w:w="360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Durum / Not</w:t>
            </w:r>
          </w:p>
        </w:tc>
      </w:tr>
      <w:tr>
        <w:trPr>
          <w:cantSplit/>
          <w:trHeight w:val="405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48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Ana anahtar</w:t>
            </w:r>
          </w:p>
        </w:tc>
        <w:tc>
          <w:tcPr>
            <w:tcW w:type="dxa" w:w="144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60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5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48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anahtar</w:t>
            </w:r>
          </w:p>
        </w:tc>
        <w:tc>
          <w:tcPr>
            <w:tcW w:type="dxa" w:w="144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60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5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48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Kumandalı / akıllı anahtar</w:t>
            </w:r>
          </w:p>
        </w:tc>
        <w:tc>
          <w:tcPr>
            <w:tcW w:type="dxa" w:w="144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60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5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48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Anahtarsız giriş kartı</w:t>
            </w:r>
          </w:p>
        </w:tc>
        <w:tc>
          <w:tcPr>
            <w:tcW w:type="dxa" w:w="144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60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5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48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Valet / servis anahtarı</w:t>
            </w:r>
          </w:p>
        </w:tc>
        <w:tc>
          <w:tcPr>
            <w:tcW w:type="dxa" w:w="144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60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5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481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60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Saati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Yeri</w:t>
            </w:r>
          </w:p>
        </w:tc>
      </w:tr>
      <w:tr>
        <w:trPr>
          <w:cantSplit/>
          <w:trHeight w:val="533" w:hRule="atLeast"/>
        </w:trPr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Nedeni</w:t>
            </w:r>
          </w:p>
          <w:p>
            <w:pPr>
              <w:spacing w:before="20"/>
            </w:pPr>
            <w:sdt>
              <w:sdtPr>
                <w:id w:val="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Servis    </w:t>
            </w:r>
            <w:sdt>
              <w:sdtPr>
                <w:id w:val="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Park / emanet    </w:t>
            </w:r>
            <w:sdt>
              <w:sdtPr>
                <w:id w:val="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Devir    </w:t>
            </w:r>
            <w:sdt>
              <w:sdtPr>
                <w:id w:val="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Kiralama    </w:t>
            </w:r>
            <w:sdt>
              <w:sdtPr>
                <w:id w:val="1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Diğer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Anahtar kodu / etiket numarası</w:t>
            </w:r>
          </w:p>
        </w:tc>
      </w:tr>
      <w:tr>
        <w:trPr>
          <w:cantSplit/>
          <w:trHeight w:val="397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Kumanda pili ve kart durumu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Açıklamalar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Teslim alan, yukarıda belirtilen anahtar ve kartları eksiksiz teslim aldığını, iade edene kadar muhafaza edeceğini beyan eder.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Eden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Alan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Anahtarı Teslim Tutanağı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