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Devir Teslim Tutanağı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Devreden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Sicil No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 / Görev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Devralan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Sicil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 / Görev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Sınıfı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Ehliyet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Devir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Devir Tarihi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Devir Saati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/ Şarj Seviyesi</w:t>
            </w:r>
          </w:p>
          <w:p>
            <w:pPr>
              <w:spacing w:before="20"/>
            </w:pPr>
            <w:sdt>
              <w:sdtPr>
                <w:id w:val="1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Boş    </w:t>
            </w:r>
            <w:sdt>
              <w:sdtPr>
                <w:id w:val="1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¼    </w:t>
            </w:r>
            <w:sdt>
              <w:sdtPr>
                <w:id w:val="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½    </w:t>
            </w:r>
            <w:sdt>
              <w:sdtPr>
                <w:id w:val="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¾    </w:t>
            </w:r>
            <w:sdt>
              <w:sdtPr>
                <w:id w:val="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Devir Nedeni</w:t>
            </w:r>
          </w:p>
          <w:p>
            <w:pPr>
              <w:spacing w:before="20"/>
            </w:pPr>
            <w:sdt>
              <w:sdtPr>
                <w:id w:val="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Görev değişikliği    </w:t>
            </w:r>
            <w:sdt>
              <w:sdtPr>
                <w:id w:val="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Yeni atama    </w:t>
            </w:r>
            <w:sdt>
              <w:sdtPr>
                <w:id w:val="1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İşten ayrılma    </w:t>
            </w:r>
            <w:sdt>
              <w:sdtPr>
                <w:id w:val="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Bakım / onarım dönüşü    </w:t>
            </w:r>
            <w:sdt>
              <w:sdtPr>
                <w:id w:val="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Devredilen Belge ve Ekipmanlar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010"/>
        <w:gridCol w:w="1077"/>
        <w:gridCol w:w="1077"/>
        <w:gridCol w:w="2154"/>
      </w:tblGrid>
      <w:tr>
        <w:trPr>
          <w:cantSplit/>
          <w:tblHeader/>
        </w:trPr>
        <w:tc>
          <w:tcPr>
            <w:tcW w:type="dxa" w:w="600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107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Devredildi</w:t>
            </w:r>
          </w:p>
        </w:tc>
        <w:tc>
          <w:tcPr>
            <w:tcW w:type="dxa" w:w="107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Yok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Araç ruhsatı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Zorunlu trafik sigortası poliçesi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Kasko poliçesi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anahtar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lastik / stepne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Kriko ve bijon anahtarı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Reflektör ve ilk yardım çantası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Yangın söndürücü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/ şarj kartı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HGS / OGS etiketi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Kullanım kılavuzu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0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Çekme halatı</w:t>
            </w:r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077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Devir Anındaki Araç Durumu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Açık Konular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Ödenmemiş ceza / geçiş ücreti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Bekleyen bakım / onarım / muayene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Bilinen hasar ve arızalar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Diğer notlar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cantSplit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Devreden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Devralan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Filo / İdari İşler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Devir Teslim Tutanağı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