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Ekipman Teslim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Taraflar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Eden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Alan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Ekipmanlar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3722"/>
        <w:gridCol w:w="1116"/>
        <w:gridCol w:w="2792"/>
        <w:gridCol w:w="2233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372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Ekipman</w:t>
            </w:r>
          </w:p>
        </w:tc>
        <w:tc>
          <w:tcPr>
            <w:tcW w:type="dxa" w:w="111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279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Durum (Yeni / Kullanılmış / Hasarlı)</w:t>
            </w:r>
          </w:p>
        </w:tc>
        <w:tc>
          <w:tcPr>
            <w:tcW w:type="dxa" w:w="223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Seri No / Not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Bijon anahtarı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İlk yardım çantası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Çekme halatı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Akü takviye kablosu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içi kamera / kayıt cihazı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Navigasyon / tablet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11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Bebek koltuğu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12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Çatı bagajı / portbagaj</w:t>
            </w: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13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14</w:t>
            </w:r>
          </w:p>
        </w:tc>
        <w:tc>
          <w:tcPr>
            <w:tcW w:type="dxa" w:w="372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1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9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33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Eksik veya Hasarlı Ekipman Notları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Alan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Ekipman Teslim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