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Görevlendirme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Görevlendirme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Görevlendirme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Görevlendirme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Görevlendiren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Görevli (Sürücü) 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Görev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 konusu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 Yeri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Başlangıç (tarih / saat)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Bitiş (tarih / saat)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Mesafe (km)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Konaklama gerekli mi?</w:t>
            </w:r>
          </w:p>
          <w:p>
            <w:pPr>
              <w:spacing w:before="20"/>
            </w:pPr>
            <w:sdt>
              <w:sdtPr>
                <w:id w:val="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Yolcular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Çıkış Kilometresi</w:t>
            </w:r>
          </w:p>
        </w:tc>
      </w:tr>
      <w:tr>
        <w:trPr>
          <w:cantSplit/>
          <w:trHeight w:val="533" w:hRule="atLeast"/>
        </w:trPr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Kartı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Tahmini Masraflar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  <w:trHeight w:val="397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Otoyol / Köprü / HGS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Otopark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Görev Sonu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Dönüş Kilometresi</w:t>
            </w:r>
          </w:p>
        </w:tc>
        <w:tc>
          <w:tcPr>
            <w:tcW w:type="dxa" w:w="343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Kat Edilen Km</w:t>
            </w:r>
          </w:p>
        </w:tc>
        <w:tc>
          <w:tcPr>
            <w:tcW w:type="dxa" w:w="343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Gerçekleşen Toplam Masraf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 tamamlandı mı?</w:t>
            </w:r>
          </w:p>
          <w:p>
            <w:pPr>
              <w:keepNext/>
              <w:spacing w:before="20"/>
            </w:pPr>
            <w:sdt>
              <w:sdtPr>
                <w:id w:val="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Kısmen    </w:t>
            </w:r>
            <w:sdt>
              <w:sdtPr>
                <w:id w:val="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  <w:tc>
          <w:tcPr>
            <w:tcW w:type="dxa" w:w="687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Aracın durumu / notlar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Görevlendiren Yönetici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Görevli Sürücü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Görevlendirme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