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0" w:type="dxa"/>
          <w:left w:w="110" w:type="dxa"/>
          <w:bottom w:w="60" w:type="dxa"/>
          <w:right w:w="80" w:type="dxa"/>
        </w:tblCellMar>
        <w:tblLook w:firstColumn="1" w:firstRow="1" w:lastColumn="0" w:lastRow="0" w:noHBand="0" w:noVBand="1" w:val="04A0"/>
      </w:tblPr>
      <w:tblGrid>
        <w:gridCol w:w="6810"/>
        <w:gridCol w:w="3508"/>
      </w:tblGrid>
      <w:tr>
        <w:trPr>
          <w:cantSplit/>
        </w:trPr>
        <w:tc>
          <w:tcPr>
            <w:tcW w:type="dxa" w:w="681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29"/>
              </w:rPr>
              <w:t>Araç Hasar Bildirim Formu</w:t>
            </w:r>
          </w:p>
        </w:tc>
        <w:tc>
          <w:tcPr>
            <w:tcW w:type="dxa" w:w="350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Tarih: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 / ____ / ________</w:t>
            </w:r>
          </w:p>
          <w:p>
            <w:pPr>
              <w:spacing w:before="60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Belge No: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____________</w:t>
            </w:r>
          </w:p>
        </w:tc>
      </w:tr>
    </w:tbl>
    <w:p>
      <w:pPr>
        <w:spacing w:before="0" w:after="0" w:line="12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Bildirimi Yapan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Ad Soyad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Görev / Departman</w:t>
            </w:r>
          </w:p>
        </w:tc>
      </w:tr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Telefon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Bildirim Tarihi / Saati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Araç ve Sürücü Bilgileri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Plaka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Marka / Model</w:t>
            </w:r>
          </w:p>
        </w:tc>
      </w:tr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Sürücü Ad Soyad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Sürücü Telefon</w:t>
            </w:r>
          </w:p>
        </w:tc>
      </w:tr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Sigorta Şirketi / Poliçe No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Kasko Şirketi / Poliçe No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Olay Bilgileri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Olay Tarihi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Olay Saati</w:t>
            </w:r>
          </w:p>
        </w:tc>
      </w:tr>
      <w:tr>
        <w:trPr>
          <w:cantSplit/>
          <w:trHeight w:val="533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Olay Yeri (il / ilçe / adres)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Hava ve yol durumu</w:t>
            </w:r>
          </w:p>
          <w:p>
            <w:pPr>
              <w:spacing w:before="20"/>
            </w:pPr>
            <w:sdt>
              <w:sdtPr>
                <w:id w:val="1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Kuru    </w:t>
            </w:r>
            <w:sdt>
              <w:sdtPr>
                <w:id w:val="1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Yağmurlu    </w:t>
            </w:r>
            <w:sdt>
              <w:sdtPr>
                <w:id w:val="1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Karlı / buzlu    </w:t>
            </w:r>
            <w:sdt>
              <w:sdtPr>
                <w:id w:val="1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Sisli    </w:t>
            </w:r>
            <w:sdt>
              <w:sdtPr>
                <w:id w:val="1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Gece / loş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Olayın Anlatımı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nil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0319"/>
      </w:tblGrid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Karşı Taraf (varsa)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Plaka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Marka / Model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Sürücü Ad Soyad</w:t>
            </w:r>
          </w:p>
        </w:tc>
      </w:tr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Telefon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Sigorta Şirketi / Poliçe No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Tanık Bilgisi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Tutanak ve Bildirim Durumu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533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Kaza Tespit Tutanağı düzenlendi mi?</w:t>
            </w:r>
          </w:p>
          <w:p>
            <w:pPr>
              <w:spacing w:before="20"/>
            </w:pPr>
            <w:sdt>
              <w:sdtPr>
                <w:id w:val="1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Evet    </w:t>
            </w:r>
            <w:sdt>
              <w:sdtPr>
                <w:id w:val="1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Hayır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Tutanak / Dosya No</w:t>
            </w:r>
          </w:p>
        </w:tc>
      </w:tr>
      <w:tr>
        <w:trPr>
          <w:cantSplit/>
          <w:trHeight w:val="533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Polis / jandarma çağrıldı mı?</w:t>
            </w:r>
          </w:p>
          <w:p>
            <w:pPr>
              <w:spacing w:before="20"/>
            </w:pPr>
            <w:sdt>
              <w:sdtPr>
                <w:id w:val="1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Evet    </w:t>
            </w:r>
            <w:sdt>
              <w:sdtPr>
                <w:id w:val="1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Hayır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Yaralanma var mı?</w:t>
            </w:r>
          </w:p>
          <w:p>
            <w:pPr>
              <w:spacing w:before="20"/>
            </w:pPr>
            <w:sdt>
              <w:sdtPr>
                <w:id w:val="1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Evet    </w:t>
            </w:r>
            <w:sdt>
              <w:sdtPr>
                <w:id w:val="1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Hayır</w:t>
            </w:r>
          </w:p>
        </w:tc>
      </w:tr>
      <w:tr>
        <w:trPr>
          <w:cantSplit/>
          <w:trHeight w:val="533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Sigortaya bildirim yapıldı mı?</w:t>
            </w:r>
          </w:p>
          <w:p>
            <w:pPr>
              <w:spacing w:before="20"/>
            </w:pPr>
            <w:sdt>
              <w:sdtPr>
                <w:id w:val="1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Evet    </w:t>
            </w:r>
            <w:sdt>
              <w:sdtPr>
                <w:id w:val="1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Hayır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Araç çekici ile taşındı mı?</w:t>
            </w:r>
          </w:p>
          <w:p>
            <w:pPr>
              <w:spacing w:before="20"/>
            </w:pPr>
            <w:sdt>
              <w:sdtPr>
                <w:id w:val="1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Evet    </w:t>
            </w:r>
            <w:sdt>
              <w:sdtPr>
                <w:id w:val="1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Hayır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Hasar Şeması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032000" cy="84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ema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2000" cy="8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10318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 xml:space="preserve">Hasar kodları: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Ç Çizik · G Göçük · B Boyalı · K Kırık/Çatlak · P Parça eksik · D Değişmiş · Kodu ilgili bölgeye yazın.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4" w:type="dxa"/>
          <w:left w:w="80" w:type="dxa"/>
          <w:bottom w:w="34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000000"/>
                <w:sz w:val="14"/>
              </w:rPr>
              <w:t>Bu form, kaza sonrası kayıt ve bildirim amacıyla hazırlanmış örnek bir formdur; resmî Kaza Tespit Tutanağı yerine geçmez. Yasal zorunluluklar ve sigorta bildirim süreleri için ilgili kurumlara başvurunuz.</w:t>
            </w:r>
          </w:p>
        </w:tc>
      </w:tr>
    </w:tbl>
    <w:p>
      <w:pPr>
        <w:keepNext/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8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cantSplit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Bildirimi Yapan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Yönetici / Filo Sorumlusu</w:t>
            </w:r>
          </w:p>
        </w:tc>
      </w:tr>
      <w:tr>
        <w:trPr>
          <w:cantSplit/>
          <w:trHeight w:val="397" w:hRule="atLeast"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</w:tr>
      <w:tr>
        <w:trPr>
          <w:cantSplit/>
          <w:trHeight w:val="624" w:hRule="atLeast"/>
        </w:trPr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sectPr w:rsidR="00FC693F" w:rsidRPr="0006063C" w:rsidSect="00034616">
      <w:footerReference w:type="default" r:id="rId10"/>
      <w:pgSz w:w="11906" w:h="16838"/>
      <w:pgMar w:top="510" w:right="794" w:bottom="794" w:left="794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000000"/>
        <w:sz w:val="13"/>
      </w:rPr>
      <w:t>Bu form örnek niteliğindedir; kullanım amacınıza göre uyarlayınız. Resmî kurum belgesi değildir.</w:t>
    </w:r>
  </w:p>
  <w:p>
    <w:pPr>
      <w:jc w:val="right"/>
    </w:pPr>
    <w:r>
      <w:rPr>
        <w:rFonts w:ascii="Arial" w:hAnsi="Arial" w:eastAsia="Arial"/>
        <w:b w:val="0"/>
        <w:i w:val="0"/>
        <w:color w:val="000000"/>
        <w:sz w:val="13"/>
      </w:rPr>
      <w:t xml:space="preserve">Sayfa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000000"/>
        <w:sz w:val="13"/>
      </w:rPr>
      <w:t xml:space="preserve"> /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Araç Hasar Bildirim Formu</dc:title>
  <dc:subject/>
  <dc:creator/>
  <cp:keywords/>
  <dc:description/>
  <cp:lastModifiedBy/>
  <cp:revision>1</cp:revision>
  <dcterms:created xsi:type="dcterms:W3CDTF">2026-01-01T00:00:00Z</dcterms:created>
  <dcterms:modified xsi:type="dcterms:W3CDTF">2026-01-01T00:00:00Z</dcterms:modified>
  <cp:category/>
</cp:coreProperties>
</file>