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Hasar Tespit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Model Yılı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Şasi No (VIN)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Tespit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Tespit Eden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Tespit Tarihi / Saati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Tespit Yeri</w:t>
            </w:r>
          </w:p>
        </w:tc>
      </w:tr>
      <w:tr>
        <w:trPr>
          <w:cantSplit/>
          <w:trHeight w:val="533" w:hRule="atLeast"/>
        </w:trPr>
        <w:tc>
          <w:tcPr>
            <w:tcW w:type="dxa" w:w="10317"/>
            <w:gridSpan w:val="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Hasarın nedeni</w:t>
            </w:r>
          </w:p>
          <w:p>
            <w:pPr>
              <w:spacing w:before="20"/>
            </w:pPr>
            <w:sdt>
              <w:sdtPr>
                <w:id w:val="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Kaza    </w:t>
            </w:r>
            <w:sdt>
              <w:sdtPr>
                <w:id w:val="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Park halinde çarpma    </w:t>
            </w:r>
            <w:sdt>
              <w:sdtPr>
                <w:id w:val="1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Dolu / doğal afet    </w:t>
            </w:r>
            <w:sdt>
              <w:sdtPr>
                <w:id w:val="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Vandalizm / hırsızlık    </w:t>
            </w:r>
            <w:sdt>
              <w:sdtPr>
                <w:id w:val="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Taş çarpması    </w:t>
            </w:r>
            <w:sdt>
              <w:sdtPr>
                <w:id w:val="1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Diğer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Hasar Şeması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032000" cy="8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m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2000" cy="8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318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 xml:space="preserve">Hasar kodları: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Ç Çizik · G Göçük · B Boyalı · K Kırık/Çatlak · P Parça eksik · D Değişmiş · Kodu ilgili bölgeye yazın.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Hasar Kalemleri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3234"/>
        <w:gridCol w:w="1779"/>
        <w:gridCol w:w="1779"/>
        <w:gridCol w:w="1779"/>
        <w:gridCol w:w="1293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323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Hasarlı Bölge / Parça</w:t>
            </w:r>
          </w:p>
        </w:tc>
        <w:tc>
          <w:tcPr>
            <w:tcW w:type="dxa" w:w="17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Hasar Türü (Ç, G, B, K, P)</w:t>
            </w:r>
          </w:p>
        </w:tc>
        <w:tc>
          <w:tcPr>
            <w:tcW w:type="dxa" w:w="17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Şiddet (Hafif / Orta / Ağır)</w:t>
            </w:r>
          </w:p>
        </w:tc>
        <w:tc>
          <w:tcPr>
            <w:tcW w:type="dxa" w:w="17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Onarım / Değişim</w:t>
            </w:r>
          </w:p>
        </w:tc>
        <w:tc>
          <w:tcPr>
            <w:tcW w:type="dxa" w:w="129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Tutar</w:t>
            </w: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323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77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294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Fotoğraf Kaydı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28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Aracın genel görünümü (4 açı)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Kilometre göstergesi</w:t>
            </w:r>
          </w:p>
        </w:tc>
      </w:tr>
      <w:tr>
        <w:trPr>
          <w:cantSplit/>
          <w:trHeight w:val="28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Hasarın yakın çekimi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Hasarlı parça etiketleri</w:t>
            </w:r>
          </w:p>
        </w:tc>
      </w:tr>
      <w:tr>
        <w:trPr>
          <w:cantSplit/>
          <w:trHeight w:val="283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sdt>
              <w:sdtPr>
                <w:id w:val="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Şasi numarası</w:t>
            </w:r>
          </w:p>
        </w:tc>
        <w:tc>
          <w:tcPr>
            <w:tcW w:type="dxa" w:w="5159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Değerlendirme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533" w:hRule="atLeast"/>
        </w:trPr>
        <w:tc>
          <w:tcPr>
            <w:tcW w:type="dxa" w:w="1031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Araç sürüşe uygun mu?</w:t>
            </w:r>
          </w:p>
          <w:p>
            <w:pPr>
              <w:spacing w:before="20"/>
            </w:pPr>
            <w:sdt>
              <w:sdtPr>
                <w:id w:val="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Evet    </w:t>
            </w:r>
            <w:sdt>
              <w:sdtPr>
                <w:id w:val="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Dikkatli kullanılabilir    </w:t>
            </w:r>
            <w:sdt>
              <w:sdtPr>
                <w:id w:val="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Hayır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Toplam Onarım Tutarı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Tahmini Onarım Süresi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Açıklama ve 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Tespiti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10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Hasar Tespit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