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İade Tutanağı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İade Eden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 / Ünvan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Sicil / Kimlik No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Departman / Görev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İade Alan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 / Ünvan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Görev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Alınan Yer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Şasi No (VIN)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İade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İade Tarihi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İade Saati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Teslimdeki Kilometre</w:t>
            </w:r>
          </w:p>
        </w:tc>
      </w:tr>
      <w:tr>
        <w:trPr>
          <w:cantSplit/>
          <w:trHeight w:val="53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İadedeki 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Kat Edilen 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/ Şarj Seviyesi</w:t>
            </w:r>
          </w:p>
          <w:p>
            <w:pPr>
              <w:spacing w:before="20"/>
            </w:pPr>
            <w:sdt>
              <w:sdtPr>
                <w:id w:val="1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Boş    </w:t>
            </w:r>
            <w:sdt>
              <w:sdtPr>
                <w:id w:val="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¼    </w:t>
            </w:r>
            <w:sdt>
              <w:sdtPr>
                <w:id w:val="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½    </w:t>
            </w:r>
            <w:sdt>
              <w:sdtPr>
                <w:id w:val="1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¾    </w:t>
            </w:r>
            <w:sdt>
              <w:sdtPr>
                <w:id w:val="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Dolu</w:t>
            </w:r>
          </w:p>
        </w:tc>
      </w:tr>
      <w:tr>
        <w:trPr>
          <w:cantSplit/>
          <w:trHeight w:val="533" w:hRule="atLeast"/>
        </w:trPr>
        <w:tc>
          <w:tcPr>
            <w:tcW w:type="dxa" w:w="10317"/>
            <w:gridSpan w:val="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İade Nedeni</w:t>
            </w:r>
          </w:p>
          <w:p>
            <w:pPr>
              <w:spacing w:before="20"/>
            </w:pPr>
            <w:sdt>
              <w:sdtPr>
                <w:id w:val="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Görev bitti    </w:t>
            </w:r>
            <w:sdt>
              <w:sdtPr>
                <w:id w:val="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Görev değişikliği    </w:t>
            </w:r>
            <w:sdt>
              <w:sdtPr>
                <w:id w:val="1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İşten ayrılma    </w:t>
            </w:r>
            <w:sdt>
              <w:sdtPr>
                <w:id w:val="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Bakım / onarım    </w:t>
            </w:r>
            <w:sdt>
              <w:sdtPr>
                <w:id w:val="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Diğer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İade Edilen Ekipman ve Belgeler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361"/>
        <w:gridCol w:w="901"/>
        <w:gridCol w:w="901"/>
        <w:gridCol w:w="2154"/>
      </w:tblGrid>
      <w:tr>
        <w:trPr>
          <w:cantSplit/>
          <w:tblHeader/>
        </w:trPr>
        <w:tc>
          <w:tcPr>
            <w:tcW w:type="dxa" w:w="636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90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Eksiksiz</w:t>
            </w:r>
          </w:p>
        </w:tc>
        <w:tc>
          <w:tcPr>
            <w:tcW w:type="dxa" w:w="90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Eksik / hasarlı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Araç ruhsatı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Zorunlu trafik sigortası poliçesi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Kasko poliçesi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anahtar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lastik / stepne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Kriko ve bijon anahtarı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Reflektör ve ilk yardım çantası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Yangın söndürücü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Yakıt / şarj kartı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HGS / OGS etiketi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Kullanım kılavuzu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Çekme halatı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İade Anındaki Araç Durumu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032000" cy="8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m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00" cy="8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 xml:space="preserve">Hasar kodları: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Ç Çizik · G Göçük · B Boyalı · K Kırık/Çatlak · P Parça eksik · D Değişmiş · Kodu ilgili bölgeye yazın.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Hasar Karşılaştırması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Teslimde kayıtlı hasarlar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İadede tespit edilen yeni hasarlar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Eksik ekipman / belge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Yapılacak işlem ve değerlendirme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İade Eden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İade Alan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10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İade Tutanağı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