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Araç Kullanıcı Değişikliği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Model Yılı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Şasi No (VIN)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Önceki Kullanıcı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Sicil No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Departman / Görev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Yeni Kullanıcı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Sicil No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Departman / Görev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Ehliyet Sınıfı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Ehliyet No / Geçerlilik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Değişiklik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53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Değişiklik Tarihi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Yakıt / Şarj Seviyesi</w:t>
            </w:r>
          </w:p>
          <w:p>
            <w:pPr>
              <w:spacing w:before="20"/>
            </w:pPr>
            <w:sdt>
              <w:sdtPr>
                <w:id w:val="1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Boş    </w:t>
            </w:r>
            <w:sdt>
              <w:sdtPr>
                <w:id w:val="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¼    </w:t>
            </w:r>
            <w:sdt>
              <w:sdtPr>
                <w:id w:val="1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½    </w:t>
            </w:r>
            <w:sdt>
              <w:sdtPr>
                <w:id w:val="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¾    </w:t>
            </w:r>
            <w:sdt>
              <w:sdtPr>
                <w:id w:val="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Dolu</w:t>
            </w:r>
          </w:p>
        </w:tc>
      </w:tr>
      <w:tr>
        <w:trPr>
          <w:cantSplit/>
          <w:trHeight w:val="533" w:hRule="atLeast"/>
        </w:trPr>
        <w:tc>
          <w:tcPr>
            <w:tcW w:type="dxa" w:w="10317"/>
            <w:gridSpan w:val="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Değişiklik nedeni</w:t>
            </w:r>
          </w:p>
          <w:p>
            <w:pPr>
              <w:spacing w:before="20"/>
            </w:pPr>
            <w:sdt>
              <w:sdtPr>
                <w:id w:val="1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Görev değişikliği    </w:t>
            </w:r>
            <w:sdt>
              <w:sdtPr>
                <w:id w:val="1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İşten ayrılma    </w:t>
            </w:r>
            <w:sdt>
              <w:sdtPr>
                <w:id w:val="1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Yeni atama    </w:t>
            </w:r>
            <w:sdt>
              <w:sdtPr>
                <w:id w:val="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Departman değişikliği    </w:t>
            </w:r>
            <w:sdt>
              <w:sdtPr>
                <w:id w:val="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Diğer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Belge ve Ekipman Durumu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010"/>
        <w:gridCol w:w="1077"/>
        <w:gridCol w:w="1077"/>
        <w:gridCol w:w="2154"/>
      </w:tblGrid>
      <w:tr>
        <w:trPr>
          <w:cantSplit/>
          <w:tblHeader/>
        </w:trPr>
        <w:tc>
          <w:tcPr>
            <w:tcW w:type="dxa" w:w="600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1077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Devredildi</w:t>
            </w:r>
          </w:p>
        </w:tc>
        <w:tc>
          <w:tcPr>
            <w:tcW w:type="dxa" w:w="1077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Yok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Araç ruhsatı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Trafik sigortası ve kasko poliçesi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Yedek anahtar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Yakıt / şarj kartı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HGS / OGS etiketi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Stepne, kriko ve acil durum ekipmanı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Güncellenecek Kayıtlar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361"/>
        <w:gridCol w:w="901"/>
        <w:gridCol w:w="901"/>
        <w:gridCol w:w="2154"/>
      </w:tblGrid>
      <w:tr>
        <w:trPr>
          <w:cantSplit/>
          <w:tblHeader/>
        </w:trPr>
        <w:tc>
          <w:tcPr>
            <w:tcW w:type="dxa" w:w="636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90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Tamam</w:t>
            </w:r>
          </w:p>
        </w:tc>
        <w:tc>
          <w:tcPr>
            <w:tcW w:type="dxa" w:w="90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Bekliyor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Zimmet kaydı güncellendi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Yakıt / şarj kartı atandı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HGS / OGS tanımı güncellendi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Sigorta sürücü bilgisi güncellendi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Ehliyet kontrolü yapıldı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Açık Konular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Ödenmemiş ceza / geçiş ücreti</w:t>
            </w:r>
          </w:p>
        </w:tc>
      </w:tr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Bilinen hasar, arıza veya bekleyen bakım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1719"/>
        <w:gridCol w:w="1719"/>
        <w:gridCol w:w="1719"/>
        <w:gridCol w:w="1719"/>
        <w:gridCol w:w="1719"/>
        <w:gridCol w:w="1719"/>
      </w:tblGrid>
      <w:tr>
        <w:trPr>
          <w:cantSplit/>
        </w:trPr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Önceki Kullanıcı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Yeni Kullanıcı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Filo Sorumlusu</w:t>
            </w:r>
          </w:p>
        </w:tc>
      </w:tr>
      <w:tr>
        <w:trPr>
          <w:cantSplit/>
          <w:trHeight w:val="397" w:hRule="atLeast"/>
        </w:trPr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Kullanıcı Değişikliği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