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Mevcut Hasar Kayıt Tutanağı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Kayıt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Kayıt Tarihi / Saati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Kayıt Yeri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Kayıt nedeni</w:t>
            </w:r>
          </w:p>
          <w:p>
            <w:pPr>
              <w:spacing w:before="20"/>
            </w:pPr>
            <w:sdt>
              <w:sdtPr>
                <w:id w:val="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Teslim alma    </w:t>
            </w:r>
            <w:sdt>
              <w:sdtPr>
                <w:id w:val="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Kiralama    </w:t>
            </w:r>
            <w:sdt>
              <w:sdtPr>
                <w:id w:val="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Servise giriş    </w:t>
            </w:r>
            <w:sdt>
              <w:sdtPr>
                <w:id w:val="1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Zimmet    </w:t>
            </w:r>
            <w:sdt>
              <w:sdtPr>
                <w:id w:val="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Satış öncesi    </w:t>
            </w:r>
            <w:sdt>
              <w:sdtPr>
                <w:id w:val="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Park / emanet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Kayıt Alan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Karşı Taraf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Mevcut Hasarların İşaretlenmesi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Mevcut Hasar Listesi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3587"/>
        <w:gridCol w:w="1793"/>
        <w:gridCol w:w="1435"/>
        <w:gridCol w:w="3049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358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Bölge / Parça</w:t>
            </w:r>
          </w:p>
        </w:tc>
        <w:tc>
          <w:tcPr>
            <w:tcW w:type="dxa" w:w="179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Hasar Türü</w:t>
            </w:r>
          </w:p>
        </w:tc>
        <w:tc>
          <w:tcPr>
            <w:tcW w:type="dxa" w:w="143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Boyut (cm)</w:t>
            </w:r>
          </w:p>
        </w:tc>
        <w:tc>
          <w:tcPr>
            <w:tcW w:type="dxa" w:w="304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Not</w:t>
            </w: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358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9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04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Fotoğraf Kaydı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28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Genel görünüm (4 açı)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Kilometre göstergesi</w:t>
            </w:r>
          </w:p>
        </w:tc>
      </w:tr>
      <w:tr>
        <w:trPr>
          <w:cantSplit/>
          <w:trHeight w:val="28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Hasar yakın çekimleri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İç mekân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Taraflar, yukarıdaki hasar listesinin ve şemanın aracın kayıt anındaki durumunu doğru gösterdiğini kabul eder. Listede yer almayan hasarlar sonradan oluşmuş sayılabilir.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Kayıt Alan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Karşı Taraf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Mevcut Hasar Kayıt Tutanağı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