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Onarım Onay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/ Kabul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Onay İstenen İşlemler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5481"/>
        <w:gridCol w:w="1973"/>
        <w:gridCol w:w="2411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54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İşlem / Parça</w:t>
            </w:r>
          </w:p>
        </w:tc>
        <w:tc>
          <w:tcPr>
            <w:tcW w:type="dxa" w:w="197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Tutar</w:t>
            </w:r>
          </w:p>
        </w:tc>
        <w:tc>
          <w:tcPr>
            <w:tcW w:type="dxa" w:w="241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Onay Durumu (Onay / Red)</w:t>
            </w: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7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11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Tutar ve Süre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Tahmini Tutar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Teslim Tarihi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 işlem çıkarsa onay alınmadan yapılabilecek en yüksek tutar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Onay Kaydı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Onay Veren Kişi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Onay Tarihi / Saati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Onay şekli</w:t>
            </w:r>
          </w:p>
          <w:p>
            <w:pPr>
              <w:spacing w:before="20"/>
            </w:pPr>
            <w:sdt>
              <w:sdtPr>
                <w:id w:val="1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Yüz yüze imza    </w:t>
            </w:r>
            <w:sdt>
              <w:sdtPr>
                <w:id w:val="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Telefon    </w:t>
            </w:r>
            <w:sdt>
              <w:sdtPr>
                <w:id w:val="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SMS    </w:t>
            </w:r>
            <w:sdt>
              <w:sdtPr>
                <w:id w:val="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WhatsApp    </w:t>
            </w:r>
            <w:sdt>
              <w:sdtPr>
                <w:id w:val="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E-posta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Eski parçalar iade edilsin mi?</w:t>
            </w:r>
          </w:p>
          <w:p>
            <w:pPr>
              <w:spacing w:before="20"/>
            </w:pPr>
            <w:sdt>
              <w:sdtPr>
                <w:id w:val="1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Yukarıda işaretlenen işlemlerin belirtilen tahmini tutarlarla yapılmasını onaylıyorum. Tutarlar tahmindir; ek işlem gerekirse ayrıca bilgilendirileceğimi biliyorum.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Müşteri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Danışmanı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Onarım Onay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