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Teslim Tutanağı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Eden Taraf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 / Ünvan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Kimlik / Vergi No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Adres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Alan Taraf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 / Ünvan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Kimlik / Vergi No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Adres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Renk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Türü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Saati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Yeri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Seviyesi</w:t>
            </w:r>
          </w:p>
          <w:p>
            <w:pPr>
              <w:spacing w:before="20"/>
            </w:pPr>
            <w:sdt>
              <w:sdtPr>
                <w:id w:val="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Boş    </w:t>
            </w:r>
            <w:sdt>
              <w:sdtPr>
                <w:id w:val="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¼    </w:t>
            </w:r>
            <w:sdt>
              <w:sdtPr>
                <w:id w:val="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½    </w:t>
            </w:r>
            <w:sdt>
              <w:sdtPr>
                <w:id w:val="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¾    </w:t>
            </w:r>
            <w:sdt>
              <w:sdtPr>
                <w:id w:val="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Nedeni</w:t>
            </w:r>
          </w:p>
          <w:p>
            <w:pPr>
              <w:spacing w:before="20"/>
            </w:pPr>
            <w:sdt>
              <w:sdtPr>
                <w:id w:val="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Satış    </w:t>
            </w:r>
            <w:sdt>
              <w:sdtPr>
                <w:id w:val="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Devir    </w:t>
            </w:r>
            <w:sdt>
              <w:sdtPr>
                <w:id w:val="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Kiralama    </w:t>
            </w:r>
            <w:sdt>
              <w:sdtPr>
                <w:id w:val="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Tahsis    </w:t>
            </w:r>
            <w:sdt>
              <w:sdtPr>
                <w:id w:val="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Edilen Belge ve Ekipmanlar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edildi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Yok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ruhsatı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Zorunlu trafik sigortası poliçesi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Kasko poliçesi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anahtar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lastik / stepne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Kriko ve bijon anahtarı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Reflektör ve ilk yardım çantası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Yangın söndürücü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/ şarj kartı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Anındaki Araç Durumu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Notları ve Tespit Edilen Hasarlar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Taraflar, aracı yukarıda belirtilen durumda teslim edip teslim aldıklarını beyan eder.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Eden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Alan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Teslim Tutanağı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