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Araç Teslim ve İade Kontrol Formu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ve Taraflar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</w:tr>
      <w:tr>
        <w:trPr>
          <w:cantSplit/>
          <w:trHeight w:val="397" w:hRule="atLeast"/>
        </w:trPr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Eden</w:t>
            </w:r>
          </w:p>
        </w:tc>
        <w:tc>
          <w:tcPr>
            <w:tcW w:type="dxa" w:w="515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 Alan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Gösterge Kayıtları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blHeader/>
        </w:trPr>
        <w:tc>
          <w:tcPr>
            <w:tcW w:type="dxa" w:w="343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Kayıt</w:t>
            </w:r>
          </w:p>
        </w:tc>
        <w:tc>
          <w:tcPr>
            <w:tcW w:type="dxa" w:w="343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</w:t>
            </w:r>
          </w:p>
        </w:tc>
        <w:tc>
          <w:tcPr>
            <w:tcW w:type="dxa" w:w="343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</w:t>
            </w:r>
          </w:p>
        </w:tc>
      </w:tr>
      <w:tr>
        <w:trPr>
          <w:cantSplit/>
          <w:trHeight w:val="381" w:hRule="atLeast"/>
        </w:trPr>
        <w:tc>
          <w:tcPr>
            <w:tcW w:type="dxa" w:w="343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 / Saat</w:t>
            </w:r>
          </w:p>
        </w:tc>
        <w:tc>
          <w:tcPr>
            <w:tcW w:type="dxa" w:w="34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43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343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Kilometre</w:t>
            </w:r>
          </w:p>
        </w:tc>
        <w:tc>
          <w:tcPr>
            <w:tcW w:type="dxa" w:w="34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439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381" w:hRule="atLeast"/>
        </w:trPr>
        <w:tc>
          <w:tcPr>
            <w:tcW w:type="dxa" w:w="3439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Yakıt / Şarj Seviyesi</w:t>
            </w:r>
          </w:p>
        </w:tc>
        <w:tc>
          <w:tcPr>
            <w:tcW w:type="dxa" w:w="3439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type="dxa" w:w="3439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Dış Görünüm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5080"/>
        <w:gridCol w:w="878"/>
        <w:gridCol w:w="878"/>
        <w:gridCol w:w="878"/>
        <w:gridCol w:w="878"/>
        <w:gridCol w:w="1723"/>
      </w:tblGrid>
      <w:tr>
        <w:trPr>
          <w:cantSplit/>
          <w:tblHeader/>
        </w:trPr>
        <w:tc>
          <w:tcPr>
            <w:tcW w:type="dxa" w:w="508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Teslim: 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Teslim: sorunlu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İade: 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İade: sorunlu</w:t>
            </w:r>
          </w:p>
        </w:tc>
        <w:tc>
          <w:tcPr>
            <w:tcW w:type="dxa" w:w="172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Ön tampon ve kaput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Yan paneller ve kapılar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Arka tampon ve bagaj kapağı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Camlar ve aynalar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Far, stop ve sinyal lambaları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Lastikler ve jantlar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İç Mekân ve Donanım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5080"/>
        <w:gridCol w:w="878"/>
        <w:gridCol w:w="878"/>
        <w:gridCol w:w="878"/>
        <w:gridCol w:w="878"/>
        <w:gridCol w:w="1723"/>
      </w:tblGrid>
      <w:tr>
        <w:trPr>
          <w:cantSplit/>
          <w:tblHeader/>
        </w:trPr>
        <w:tc>
          <w:tcPr>
            <w:tcW w:type="dxa" w:w="508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Teslim: 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Teslim: sorunlu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İade: 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İade: sorunlu</w:t>
            </w:r>
          </w:p>
        </w:tc>
        <w:tc>
          <w:tcPr>
            <w:tcW w:type="dxa" w:w="172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Koltuk ve döşeme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Torpido ve gösterge paneli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Gösterge uyarı ışıkları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ve havalandırma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Multimedya ve şarj girişleri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Temizlik durumu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Sıvılar ve Belgeler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5080"/>
        <w:gridCol w:w="878"/>
        <w:gridCol w:w="878"/>
        <w:gridCol w:w="878"/>
        <w:gridCol w:w="878"/>
        <w:gridCol w:w="1723"/>
      </w:tblGrid>
      <w:tr>
        <w:trPr>
          <w:cantSplit/>
          <w:tblHeader/>
        </w:trPr>
        <w:tc>
          <w:tcPr>
            <w:tcW w:type="dxa" w:w="5080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Teslim: 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Teslim: sorunlu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İade: uygun</w:t>
            </w:r>
          </w:p>
        </w:tc>
        <w:tc>
          <w:tcPr>
            <w:tcW w:type="dxa" w:w="87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İade: sorunlu</w:t>
            </w:r>
          </w:p>
        </w:tc>
        <w:tc>
          <w:tcPr>
            <w:tcW w:type="dxa" w:w="1723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yağı seviyesi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Soğutma suyu seviyesi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 suyu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Ruhsat ve sigorta belgeleri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Yedek anahtar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508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Stepne, kriko ve acil durum ekipmanı</w:t>
            </w:r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87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1723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Genel Notlar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Eden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Teslim Alan / İade Eden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Teslim ve İade Kontrol Formu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