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Zimmet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Renk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Türü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Zimmet Alan Çalışan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Sınıfı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Zimmet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Zimmet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Zimmet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Kilometresi</w:t>
            </w:r>
          </w:p>
        </w:tc>
      </w:tr>
      <w:tr>
        <w:trPr>
          <w:cantSplit/>
          <w:trHeight w:val="533" w:hRule="atLeast"/>
        </w:trPr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Planlanan İade Tarihi</w:t>
            </w:r>
          </w:p>
        </w:tc>
      </w:tr>
      <w:tr>
        <w:trPr>
          <w:cantSplit/>
          <w:trHeight w:val="397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Kullanım Amacı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Edilen Ekipman ve Belgeler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Var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ruhsatı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Zorunlu trafik sigortası poliçesi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Kasko poliçesi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lastik / stepne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 ve bijon anahtarı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etiketi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Kullanım kılavuzu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Çekme halatı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Anındaki Araç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Mevcut Hasar ve Eksiklik Notları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Kullanım Şartları (örnek maddeler, kurumunuza göre düzenleyin)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single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1. Araç yalnızca zimmet alan çalışan tarafından ve belirtilen kullanım amacı doğrultusunda kullanılır.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2. Trafik kuralları, otopark ve geçiş ücretleri ile trafik cezaları kullanım süresince kullanıcı sorumluluğundadır.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3. Kaza, arıza veya hasar durumunda en kısa sürede yöneticiye ve filo sorumlusuna bildirim yapılır.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4. Periyodik bakım ve muayene tarihleri kullanıcı tarafından takip edilir, gerekli durumlarda sorumluya haber verilir.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5. Araç, görev değişikliği veya işten ayrılma halinde temiz ve eksiksiz şekilde iade edilir.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Eden (Yetkili)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Zimmet Alan (Çalışan)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Zimmet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