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10066"/>
        <w:gridCol w:w="5185"/>
      </w:tblGrid>
      <w:tr>
        <w:trPr>
          <w:cantSplit/>
        </w:trPr>
        <w:tc>
          <w:tcPr>
            <w:tcW w:type="dxa" w:w="1006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Filo Araç Kilometre Takip Formu</w:t>
            </w:r>
          </w:p>
        </w:tc>
        <w:tc>
          <w:tcPr>
            <w:tcW w:type="dxa" w:w="5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5252"/>
      </w:tblGrid>
      <w:tr>
        <w:trPr>
          <w:cantSplit/>
        </w:trPr>
        <w:tc>
          <w:tcPr>
            <w:tcW w:type="dxa" w:w="15250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Bilgileri</w:t>
            </w:r>
          </w:p>
        </w:tc>
      </w:tr>
    </w:tbl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42"/>
        <w:gridCol w:w="2542"/>
        <w:gridCol w:w="2542"/>
        <w:gridCol w:w="2542"/>
        <w:gridCol w:w="2542"/>
        <w:gridCol w:w="2542"/>
      </w:tblGrid>
      <w:tr>
        <w:trPr>
          <w:cantSplit/>
          <w:trHeight w:val="397" w:hRule="atLeast"/>
        </w:trPr>
        <w:tc>
          <w:tcPr>
            <w:tcW w:type="dxa" w:w="254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254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254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Ay / Yıl</w:t>
            </w:r>
          </w:p>
        </w:tc>
        <w:tc>
          <w:tcPr>
            <w:tcW w:type="dxa" w:w="254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Sorumlu</w:t>
            </w:r>
          </w:p>
        </w:tc>
        <w:tc>
          <w:tcPr>
            <w:tcW w:type="dxa" w:w="254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Dönem Başı Km</w:t>
            </w:r>
          </w:p>
        </w:tc>
        <w:tc>
          <w:tcPr>
            <w:tcW w:type="dxa" w:w="254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Dönem Sonu Km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5252"/>
      </w:tblGrid>
      <w:tr>
        <w:trPr>
          <w:cantSplit/>
        </w:trPr>
        <w:tc>
          <w:tcPr>
            <w:tcW w:type="dxa" w:w="15250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Günlük Kilometre Kayıtları</w:t>
            </w:r>
          </w:p>
        </w:tc>
      </w:tr>
    </w:tbl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453"/>
        <w:gridCol w:w="1578"/>
        <w:gridCol w:w="2565"/>
        <w:gridCol w:w="1479"/>
        <w:gridCol w:w="1479"/>
        <w:gridCol w:w="1578"/>
        <w:gridCol w:w="4538"/>
        <w:gridCol w:w="1578"/>
      </w:tblGrid>
      <w:tr>
        <w:trPr>
          <w:cantSplit/>
          <w:tblHeader/>
        </w:trPr>
        <w:tc>
          <w:tcPr>
            <w:tcW w:type="dxa" w:w="4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</w:t>
            </w:r>
          </w:p>
        </w:tc>
        <w:tc>
          <w:tcPr>
            <w:tcW w:type="dxa" w:w="1578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Tarih</w:t>
            </w:r>
          </w:p>
        </w:tc>
        <w:tc>
          <w:tcPr>
            <w:tcW w:type="dxa" w:w="2565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Sürücü</w:t>
            </w:r>
          </w:p>
        </w:tc>
        <w:tc>
          <w:tcPr>
            <w:tcW w:type="dxa" w:w="1480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Çıkış Km</w:t>
            </w:r>
          </w:p>
        </w:tc>
        <w:tc>
          <w:tcPr>
            <w:tcW w:type="dxa" w:w="1480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Dönüş Km</w:t>
            </w:r>
          </w:p>
        </w:tc>
        <w:tc>
          <w:tcPr>
            <w:tcW w:type="dxa" w:w="1578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Kat Edilen Km</w:t>
            </w:r>
          </w:p>
        </w:tc>
        <w:tc>
          <w:tcPr>
            <w:tcW w:type="dxa" w:w="4538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Güzergâh / Kullanım Amacı</w:t>
            </w:r>
          </w:p>
        </w:tc>
        <w:tc>
          <w:tcPr>
            <w:tcW w:type="dxa" w:w="1578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İmza</w:t>
            </w: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</w:t>
            </w: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56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53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2</w:t>
            </w: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56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53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3</w:t>
            </w: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56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53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4</w:t>
            </w: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56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53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5</w:t>
            </w: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56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53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6</w:t>
            </w: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56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53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7</w:t>
            </w: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56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53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8</w:t>
            </w: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56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53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9</w:t>
            </w: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56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53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10</w:t>
            </w: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56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53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11</w:t>
            </w: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56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53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12</w:t>
            </w: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56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53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4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13</w:t>
            </w: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56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80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538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78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5252"/>
      </w:tblGrid>
      <w:tr>
        <w:trPr>
          <w:cantSplit/>
        </w:trPr>
        <w:tc>
          <w:tcPr>
            <w:tcW w:type="dxa" w:w="15250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Aylık Özet</w:t>
            </w:r>
          </w:p>
        </w:tc>
      </w:tr>
    </w:tbl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084"/>
        <w:gridCol w:w="5084"/>
        <w:gridCol w:w="5084"/>
      </w:tblGrid>
      <w:tr>
        <w:trPr>
          <w:cantSplit/>
          <w:trHeight w:val="397" w:hRule="atLeast"/>
        </w:trPr>
        <w:tc>
          <w:tcPr>
            <w:tcW w:type="dxa" w:w="508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Toplam Kat Edilen Km</w:t>
            </w:r>
          </w:p>
        </w:tc>
        <w:tc>
          <w:tcPr>
            <w:tcW w:type="dxa" w:w="508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Kullanılan Gün Sayısı</w:t>
            </w:r>
          </w:p>
        </w:tc>
        <w:tc>
          <w:tcPr>
            <w:tcW w:type="dxa" w:w="508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Günlük Ortalama Km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813"/>
        <w:gridCol w:w="3813"/>
        <w:gridCol w:w="3813"/>
        <w:gridCol w:w="3813"/>
      </w:tblGrid>
      <w:tr>
        <w:trPr>
          <w:cantSplit/>
        </w:trPr>
        <w:tc>
          <w:tcPr>
            <w:tcW w:type="dxa" w:w="7626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Düzenleyen</w:t>
            </w:r>
          </w:p>
        </w:tc>
        <w:tc>
          <w:tcPr>
            <w:tcW w:type="dxa" w:w="7626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Filo Sorumlusu</w:t>
            </w:r>
          </w:p>
        </w:tc>
      </w:tr>
      <w:tr>
        <w:trPr>
          <w:cantSplit/>
          <w:trHeight w:val="397" w:hRule="atLeast"/>
        </w:trPr>
        <w:tc>
          <w:tcPr>
            <w:tcW w:type="dxa" w:w="7626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7626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381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381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381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381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6838" w:h="11906" w:orient="landscape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Filo Araç Kilometre Takip Formu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