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Garanti Kapsamında Servis İşlem Formu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Müşteri ve Araç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Müşteri Ad Soyad / Ünvan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İş Emri / Kabul No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Garanti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533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Garanti türü</w:t>
            </w:r>
          </w:p>
          <w:p>
            <w:pPr>
              <w:spacing w:before="20"/>
            </w:pPr>
            <w:sdt>
              <w:sdtPr>
                <w:id w:val="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Üretici garantisi    </w:t>
            </w:r>
            <w:sdt>
              <w:sdtPr>
                <w:id w:val="1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Uzatılmış garanti    </w:t>
            </w:r>
            <w:sdt>
              <w:sdtPr>
                <w:id w:val="1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Parça / işçilik garantisi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Garanti Başlangıç Tarihi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Garanti Bitiş Tarihi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Garanti Belge / Kitapçık No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Satış / Bayi Bilgisi</w:t>
            </w:r>
          </w:p>
        </w:tc>
      </w:tr>
      <w:tr>
        <w:trPr>
          <w:cantSplit/>
          <w:trHeight w:val="397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Önceki işlem / iş emri referansı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Arıza Bildirimi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Garanti Kapsamı Değerlendirmesi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Evet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Hayır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Garanti süresi dahilinde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Kilometre sınırı dahilinde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Periyodik bakımlar zamanında yapılmış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Kullanım hatası ya da harici müdahale izi yok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Orijinal veya onaylı parça kullanılmış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Arıza belirtilen garanti kalemleri içinde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Karar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533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Garanti kapsamı</w:t>
            </w:r>
          </w:p>
          <w:p>
            <w:pPr>
              <w:spacing w:before="20"/>
            </w:pPr>
            <w:sdt>
              <w:sdtPr>
                <w:id w:val="1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Kapsam içinde    </w:t>
            </w:r>
            <w:sdt>
              <w:sdtPr>
                <w:id w:val="1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Kısmen kapsam içinde    </w:t>
            </w:r>
            <w:sdt>
              <w:sdtPr>
                <w:id w:val="1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Kapsam dışı</w:t>
            </w:r>
          </w:p>
        </w:tc>
      </w:tr>
      <w:tr>
        <w:trPr>
          <w:cantSplit/>
          <w:trHeight w:val="397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Karar gerekçesi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Yapılan İşlem ve Parçalar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5872"/>
        <w:gridCol w:w="1174"/>
        <w:gridCol w:w="2818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5872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İşlem / Parça</w:t>
            </w:r>
          </w:p>
        </w:tc>
        <w:tc>
          <w:tcPr>
            <w:tcW w:type="dxa" w:w="117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Adet</w:t>
            </w:r>
          </w:p>
        </w:tc>
        <w:tc>
          <w:tcPr>
            <w:tcW w:type="dxa" w:w="2818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Garanti Karşılar (Evet / Hayır)</w:t>
            </w: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587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587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587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587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1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6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5</w:t>
            </w:r>
          </w:p>
        </w:tc>
        <w:tc>
          <w:tcPr>
            <w:tcW w:type="dxa" w:w="587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7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18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Müşteriye Yansıtılan Tutar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Kapsam dışı kalemler</w:t>
            </w:r>
          </w:p>
        </w:tc>
        <w:tc>
          <w:tcPr>
            <w:tcW w:type="dxa" w:w="5159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Toplam Tutar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Servis Yetkilisi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Müşteri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Garanti Kapsamında Servis İşlem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