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İkinci El Araç Ön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Satıcı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İlan No / Kaynak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Satıcı Ad Soyad / Galeri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 / Paket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İstenen Fiyat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 ve Yeri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Belgeler ve Kayıtlar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Ruhsattaki şasi no araç üzerindekiyle aynı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Ruhsat sahibi ile satıcı eşleşiyor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Muayene geçerli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Hasar kaydı (TRAMER) sorgulandı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Bakım kayıtları / servis faturaları mevcut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Kilometre ile bakım geçmişi tutarlı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Rehin, haciz ve borç sorgusu yapıldı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Ceza ve vergi borcu sorgulandı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Anahtar sayısı ve kumandalar tam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Kaporta ve Boya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Panel aralıkları (derz) simetrik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Boya tonu ve parlaklık tüm panellerde aynı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Kaput ve bagaj altında kaynak / onarım izi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Çamurluk ve tampon bağlantılarında farklılık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tarihleri uyumlu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Pas / korozyon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Mekanik, İç Mekân ve Elektronik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soğukken sorunsuz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Egzozdan anormal duman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altında yağ / sıvı sızıntısı yok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ışıkları kontak açılınca sönüyor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Lastikler ve jantlar iyi durumda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Koltuk, döşeme ve tavan durumu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Cam, kapı ve elektrikli aksamlar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ve multimedya çalışıyor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Test Sürüşü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407"/>
        <w:gridCol w:w="878"/>
        <w:gridCol w:w="878"/>
        <w:gridCol w:w="2154"/>
      </w:tblGrid>
      <w:tr>
        <w:trPr>
          <w:cantSplit/>
          <w:tblHeader/>
        </w:trPr>
        <w:tc>
          <w:tcPr>
            <w:tcW w:type="dxa" w:w="6406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performansı ve rölanti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Vites geçişleri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etkinliği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Direksiyon ve düz gidiş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40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Süspansiyon, tıkırtı ve gürültü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Karar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Ekspertiz</w:t>
            </w:r>
          </w:p>
          <w:p>
            <w:pPr>
              <w:keepNext/>
              <w:spacing w:before="20"/>
            </w:pPr>
            <w:sdt>
              <w:sdtPr>
                <w:id w:val="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Yaptırılacak    </w:t>
            </w:r>
            <w:sdt>
              <w:sdtPr>
                <w:id w:val="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Gerek yok</w:t>
            </w:r>
          </w:p>
        </w:tc>
        <w:tc>
          <w:tcPr>
            <w:tcW w:type="dxa" w:w="5159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Sonuç</w:t>
            </w:r>
          </w:p>
          <w:p>
            <w:pPr>
              <w:keepNext/>
              <w:spacing w:before="20"/>
            </w:pPr>
            <w:sdt>
              <w:sdtPr>
                <w:id w:val="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Alınır    </w:t>
            </w:r>
            <w:sdt>
              <w:sdtPr>
                <w:id w:val="1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Pazarlıkla alınır    </w:t>
            </w:r>
            <w:sdt>
              <w:sdtPr>
                <w:id w:val="1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Vazgeçilir</w:t>
            </w:r>
          </w:p>
        </w:tc>
      </w:tr>
      <w:tr>
        <w:trPr>
          <w:cantSplit/>
          <w:trHeight w:val="397" w:hRule="atLeast"/>
        </w:trPr>
        <w:tc>
          <w:tcPr>
            <w:tcW w:type="dxa" w:w="10318"/>
            <w:gridSpan w:val="2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Pazarlık ve ek notlar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Kontrolü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Yanındaki Kişi / Tanık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İkinci El Araç Ön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