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Kaporta ve Boya Hasar Kontrol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Kontrol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Kontrolü Yapan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Panel Kontrolü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4558"/>
        <w:gridCol w:w="901"/>
        <w:gridCol w:w="901"/>
        <w:gridCol w:w="901"/>
        <w:gridCol w:w="901"/>
        <w:gridCol w:w="2154"/>
      </w:tblGrid>
      <w:tr>
        <w:trPr>
          <w:cantSplit/>
          <w:tblHeader/>
        </w:trPr>
        <w:tc>
          <w:tcPr>
            <w:tcW w:type="dxa" w:w="455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Orijinal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Boyalı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Değişmiş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Kaporta düzeltme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Boya kalınlığı (µm) / Not</w:t>
            </w:r>
          </w:p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tampon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Kaput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Sol ön çamurluk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Sağ ön çamurluk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Sol ön kapı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Sağ ön kapı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Sol arka kapı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Sağ arka kapı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Sol arka çamurluk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Sağ arka çamurluk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Bagaj kapağı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tampon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Tavan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Sol marşpiyel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455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Sağ marşpiyel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Genel Gözlemler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Şüpheli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Panel aralıkları (derz) simetrik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Boya tonu ve parlaklık farkı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Kaynak, mastik veya onarım izi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ve far tarihleri uyumlu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Zemin ve şasi uçlarında hasar / pas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Panel ve Hasar İşaretleme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Değerlendirme ve Onarım Önerisi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Kontrolü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Kaporta ve Boya Hasar Kontrol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