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Lastik Kontrol Listesi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</w:t>
            </w:r>
          </w:p>
        </w:tc>
      </w:tr>
      <w:tr>
        <w:trPr>
          <w:cantSplit/>
          <w:trHeight w:val="533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Tarihi</w:t>
            </w:r>
          </w:p>
        </w:tc>
        <w:tc>
          <w:tcPr>
            <w:tcW w:type="dxa" w:w="687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Lastik cinsi</w:t>
            </w:r>
          </w:p>
          <w:p>
            <w:pPr>
              <w:spacing w:before="20"/>
            </w:pPr>
            <w:sdt>
              <w:sdtPr>
                <w:id w:val="1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Yaz    </w:t>
            </w:r>
            <w:sdt>
              <w:sdtPr>
                <w:id w:val="1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Kış    </w:t>
            </w:r>
            <w:sdt>
              <w:sdtPr>
                <w:id w:val="1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4 mevsim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Lastik Ölçümleri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1810"/>
        <w:gridCol w:w="2353"/>
        <w:gridCol w:w="1810"/>
        <w:gridCol w:w="1629"/>
        <w:gridCol w:w="1448"/>
        <w:gridCol w:w="1267"/>
      </w:tblGrid>
      <w:tr>
        <w:trPr>
          <w:cantSplit/>
          <w:tblHeader/>
        </w:trPr>
        <w:tc>
          <w:tcPr>
            <w:tcW w:type="dxa" w:w="1810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Konum</w:t>
            </w:r>
          </w:p>
        </w:tc>
        <w:tc>
          <w:tcPr>
            <w:tcW w:type="dxa" w:w="2353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Desen</w:t>
            </w:r>
          </w:p>
        </w:tc>
        <w:tc>
          <w:tcPr>
            <w:tcW w:type="dxa" w:w="1810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Ebat</w:t>
            </w:r>
          </w:p>
        </w:tc>
        <w:tc>
          <w:tcPr>
            <w:tcW w:type="dxa" w:w="162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DOT (üretim hf/yıl)</w:t>
            </w:r>
          </w:p>
        </w:tc>
        <w:tc>
          <w:tcPr>
            <w:tcW w:type="dxa" w:w="1448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Diş Derinliği (mm)</w:t>
            </w:r>
          </w:p>
        </w:tc>
        <w:tc>
          <w:tcPr>
            <w:tcW w:type="dxa" w:w="1267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Basınç (bar)</w:t>
            </w:r>
          </w:p>
        </w:tc>
      </w:tr>
      <w:tr>
        <w:trPr>
          <w:cantSplit/>
          <w:trHeight w:val="410" w:hRule="atLeast"/>
        </w:trPr>
        <w:tc>
          <w:tcPr>
            <w:tcW w:type="dxa" w:w="1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Ön sol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2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4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7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10" w:hRule="atLeast"/>
        </w:trPr>
        <w:tc>
          <w:tcPr>
            <w:tcW w:type="dxa" w:w="1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Ön sağ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2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4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7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10" w:hRule="atLeast"/>
        </w:trPr>
        <w:tc>
          <w:tcPr>
            <w:tcW w:type="dxa" w:w="1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Arka sol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2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4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7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10" w:hRule="atLeast"/>
        </w:trPr>
        <w:tc>
          <w:tcPr>
            <w:tcW w:type="dxa" w:w="1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Arka sağ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2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4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7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10" w:hRule="atLeast"/>
        </w:trPr>
        <w:tc>
          <w:tcPr>
            <w:tcW w:type="dxa" w:w="1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Stepne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81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2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4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67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Lastik Görünümü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Uygun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Sorunlu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Diş derinliği yeterli (yasal sınır: en az 1,6 mm)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Düzensiz veya tek taraflı aşınma yok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Kabarma, kesik veya çatlak yok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Yan yüzeyde hasar yok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Lastik yaşı kabul edilebilir (üretim tarihi kontrol edildi)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Valf ve kapakları sağlam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Bijonlar sıkı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Jantlarda eğilme / hasar yok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Değerlendirme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533" w:hRule="atLeast"/>
        </w:trPr>
        <w:tc>
          <w:tcPr>
            <w:tcW w:type="dxa" w:w="1031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Öneri</w:t>
            </w:r>
          </w:p>
          <w:p>
            <w:pPr>
              <w:spacing w:before="20"/>
            </w:pPr>
            <w:sdt>
              <w:sdtPr>
                <w:id w:val="1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Kullanıma devam    </w:t>
            </w:r>
            <w:sdt>
              <w:sdtPr>
                <w:id w:val="1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Basınç ayarı    </w:t>
            </w:r>
            <w:sdt>
              <w:sdtPr>
                <w:id w:val="1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Rot-balans    </w:t>
            </w:r>
            <w:sdt>
              <w:sdtPr>
                <w:id w:val="1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Yer değiştirme    </w:t>
            </w:r>
            <w:sdt>
              <w:sdtPr>
                <w:id w:val="1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Lastik değişimi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Sonraki Kontrol (km / tarih)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Yapılan İşlem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Notlar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Kontrol Eden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Araç Sahibi / Sorumlu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Lastik Kontrol Listesi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