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Onarım Öncesi Araç Durum Tespit Formu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Müşteri ve Araç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Müşteri Ad Soyad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</w:tr>
      <w:tr>
        <w:trPr>
          <w:cantSplit/>
          <w:trHeight w:val="53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Yakıt / Şarj Seviyesi</w:t>
            </w:r>
          </w:p>
          <w:p>
            <w:pPr>
              <w:spacing w:before="20"/>
            </w:pPr>
            <w:sdt>
              <w:sdtPr>
                <w:id w:val="1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Boş    </w:t>
            </w:r>
            <w:sdt>
              <w:sdtPr>
                <w:id w:val="1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¼    </w:t>
            </w:r>
            <w:sdt>
              <w:sdtPr>
                <w:id w:val="1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½    </w:t>
            </w:r>
            <w:sdt>
              <w:sdtPr>
                <w:id w:val="1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¾    </w:t>
            </w:r>
            <w:sdt>
              <w:sdtPr>
                <w:id w:val="1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Dolu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Onarım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Sigorta / Hasar Dosya No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Kabul Tarihi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Tahmini Teslim Tarihi</w:t>
            </w:r>
          </w:p>
        </w:tc>
      </w:tr>
      <w:tr>
        <w:trPr>
          <w:cantSplit/>
          <w:trHeight w:val="533" w:hRule="atLeast"/>
        </w:trPr>
        <w:tc>
          <w:tcPr>
            <w:tcW w:type="dxa" w:w="10317"/>
            <w:gridSpan w:val="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Onarım nedeni</w:t>
            </w:r>
          </w:p>
          <w:p>
            <w:pPr>
              <w:spacing w:before="20"/>
            </w:pPr>
            <w:sdt>
              <w:sdtPr>
                <w:id w:val="1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Kaza    </w:t>
            </w:r>
            <w:sdt>
              <w:sdtPr>
                <w:id w:val="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Doğal hasar    </w:t>
            </w:r>
            <w:sdt>
              <w:sdtPr>
                <w:id w:val="1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Park çarpması    </w:t>
            </w:r>
            <w:sdt>
              <w:sdtPr>
                <w:id w:val="1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Bakım    </w:t>
            </w:r>
            <w:sdt>
              <w:sdtPr>
                <w:id w:val="1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Diğer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Mevcut Hasarlar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032000" cy="8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m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000" cy="8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 xml:space="preserve">Hasar kodları: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Ç Çizik · G Göçük · B Boyalı · K Kırık/Çatlak · P Parça eksik · D Değişmiş · Kodu ilgili bölgeye yazın.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Mevcut Hasar Kayıtları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3868"/>
        <w:gridCol w:w="2127"/>
        <w:gridCol w:w="3868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3868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Bölge / Parça</w:t>
            </w:r>
          </w:p>
        </w:tc>
        <w:tc>
          <w:tcPr>
            <w:tcW w:type="dxa" w:w="2128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Hasar Türü</w:t>
            </w:r>
          </w:p>
        </w:tc>
        <w:tc>
          <w:tcPr>
            <w:tcW w:type="dxa" w:w="3868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Not</w:t>
            </w: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386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2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86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386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2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86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386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2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86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386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2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86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5</w:t>
            </w:r>
          </w:p>
        </w:tc>
        <w:tc>
          <w:tcPr>
            <w:tcW w:type="dxa" w:w="386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2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868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İç Mekân ve Donanım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185"/>
        <w:gridCol w:w="989"/>
        <w:gridCol w:w="989"/>
        <w:gridCol w:w="2154"/>
      </w:tblGrid>
      <w:tr>
        <w:trPr>
          <w:cantSplit/>
          <w:tblHeader/>
        </w:trPr>
        <w:tc>
          <w:tcPr>
            <w:tcW w:type="dxa" w:w="6185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98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Çalışıyor</w:t>
            </w:r>
          </w:p>
        </w:tc>
        <w:tc>
          <w:tcPr>
            <w:tcW w:type="dxa" w:w="98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Arızalı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Gösterge paneli uyarı ışıkları yok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Camlar ve kapı kilitleri çalışıyor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Klima ve ısıtma çalışıyor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Ses sistemi / multimedya çalışıyor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Koltuk ve döşeme durumu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Hava yastığı uyarısı yok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Araçta Kalan Kişisel Eşya ve Ekipman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 w:sz="4" w:space="0" w:color="000000"/>
          <w:insideV w:val="nil" w:sz="4" w:space="0" w:color="000000"/>
        </w:tblBorders>
        <w:tblLayout w:type="fixed"/>
        <w:tblCellMar>
          <w:top w:w="20" w:type="dxa"/>
          <w:left w:w="80" w:type="dxa"/>
          <w:bottom w:w="2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28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Ruhsat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Navigasyon / kamera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Kişisel eşya</w:t>
            </w:r>
          </w:p>
        </w:tc>
      </w:tr>
      <w:tr>
        <w:trPr>
          <w:cantSplit/>
          <w:trHeight w:val="28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Stepne / kriko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Çocuk koltuğu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Diğer: ________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Onarım Kapsamı ve Notlar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Müşteri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Servis Yetkilisi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10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Onarım Öncesi Araç Durum Tespit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