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031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60" w:type="dxa"/>
          <w:left w:w="110" w:type="dxa"/>
          <w:bottom w:w="60" w:type="dxa"/>
          <w:right w:w="80" w:type="dxa"/>
        </w:tblCellMar>
        <w:tblLook w:firstColumn="1" w:firstRow="1" w:lastColumn="0" w:lastRow="0" w:noHBand="0" w:noVBand="1" w:val="04A0"/>
      </w:tblPr>
      <w:tblGrid>
        <w:gridCol w:w="6810"/>
        <w:gridCol w:w="3508"/>
      </w:tblGrid>
      <w:tr>
        <w:trPr>
          <w:cantSplit/>
        </w:trPr>
        <w:tc>
          <w:tcPr>
            <w:tcW w:type="dxa" w:w="6810"/>
            <w:vAlign w:val="center"/>
          </w:tcPr>
          <w:p>
            <w:pPr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color w:val="000000"/>
                <w:sz w:val="29"/>
              </w:rPr>
              <w:t>Oto Servis İş Emri Formu</w:t>
            </w:r>
          </w:p>
        </w:tc>
        <w:tc>
          <w:tcPr>
            <w:tcW w:type="dxa" w:w="3508"/>
            <w:vAlign w:val="center"/>
          </w:tcPr>
          <w:p>
            <w:pPr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color w:val="000000"/>
                <w:sz w:val="15"/>
              </w:rPr>
              <w:t xml:space="preserve">Tarih: </w:t>
            </w:r>
            <w:r>
              <w:rPr>
                <w:rFonts w:ascii="Arial" w:hAnsi="Arial" w:eastAsia="Arial"/>
                <w:b w:val="0"/>
                <w:i w:val="0"/>
                <w:color w:val="000000"/>
                <w:sz w:val="15"/>
              </w:rPr>
              <w:t>____ / ____ / ________</w:t>
            </w:r>
          </w:p>
          <w:p>
            <w:pPr>
              <w:spacing w:before="60"/>
            </w:pPr>
            <w:r>
              <w:rPr>
                <w:rFonts w:ascii="Arial" w:hAnsi="Arial" w:eastAsia="Arial"/>
                <w:b/>
                <w:i w:val="0"/>
                <w:color w:val="000000"/>
                <w:sz w:val="15"/>
              </w:rPr>
              <w:t xml:space="preserve">Belge No: </w:t>
            </w:r>
            <w:r>
              <w:rPr>
                <w:rFonts w:ascii="Arial" w:hAnsi="Arial" w:eastAsia="Arial"/>
                <w:b w:val="0"/>
                <w:i w:val="0"/>
                <w:color w:val="000000"/>
                <w:sz w:val="15"/>
              </w:rPr>
              <w:t>____________</w:t>
            </w:r>
          </w:p>
        </w:tc>
      </w:tr>
    </w:tbl>
    <w:p>
      <w:pPr>
        <w:spacing w:before="0" w:after="0" w:line="120" w:lineRule="exact"/>
      </w:pPr>
      <w:r>
        <w:rPr>
          <w:rFonts w:ascii="Arial" w:hAnsi="Arial" w:eastAsia="Arial"/>
          <w:b w:val="0"/>
          <w:i w:val="0"/>
          <w:color w:val="000000"/>
          <w:sz w:val="2"/>
        </w:rPr>
      </w:r>
    </w:p>
    <w:tbl>
      <w:tblPr>
        <w:tblW w:w="1031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28" w:type="dxa"/>
          <w:left w:w="80" w:type="dxa"/>
          <w:bottom w:w="28" w:type="dxa"/>
          <w:right w:w="80" w:type="dxa"/>
        </w:tblCellMar>
        <w:tblLook w:firstColumn="1" w:firstRow="1" w:lastColumn="0" w:lastRow="0" w:noHBand="0" w:noVBand="1" w:val="04A0"/>
      </w:tblPr>
      <w:tblGrid>
        <w:gridCol w:w="10319"/>
      </w:tblGrid>
      <w:tr>
        <w:trPr>
          <w:cantSplit/>
        </w:trPr>
        <w:tc>
          <w:tcPr>
            <w:tcW w:type="dxa" w:w="10318"/>
            <w:shd w:val="clear" w:color="auto" w:fill="E3E3E3"/>
          </w:tcPr>
          <w:p>
            <w:pPr>
              <w:keepNext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color w:val="000000"/>
                <w:sz w:val="17"/>
              </w:rPr>
              <w:t>İş Emri Bilgileri</w:t>
            </w:r>
          </w:p>
        </w:tc>
      </w:tr>
    </w:tbl>
    <w:tbl>
      <w:tblPr>
        <w:tblW w:w="1031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30" w:type="dxa"/>
          <w:left w:w="60" w:type="dxa"/>
          <w:bottom w:w="30" w:type="dxa"/>
          <w:right w:w="60" w:type="dxa"/>
        </w:tblCellMar>
        <w:tblLook w:firstColumn="1" w:firstRow="1" w:lastColumn="0" w:lastRow="0" w:noHBand="0" w:noVBand="1" w:val="04A0"/>
      </w:tblPr>
      <w:tblGrid>
        <w:gridCol w:w="3439"/>
        <w:gridCol w:w="3439"/>
        <w:gridCol w:w="3439"/>
      </w:tblGrid>
      <w:tr>
        <w:trPr>
          <w:cantSplit/>
          <w:trHeight w:val="397" w:hRule="atLeast"/>
        </w:trPr>
        <w:tc>
          <w:tcPr>
            <w:tcW w:type="dxa" w:w="3439"/>
          </w:tcPr>
          <w:p>
            <w:pPr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color w:val="000000"/>
                <w:sz w:val="14"/>
              </w:rPr>
              <w:t>İş Emri No</w:t>
            </w:r>
          </w:p>
        </w:tc>
        <w:tc>
          <w:tcPr>
            <w:tcW w:type="dxa" w:w="3439"/>
          </w:tcPr>
          <w:p>
            <w:pPr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color w:val="000000"/>
                <w:sz w:val="14"/>
              </w:rPr>
              <w:t>Açılış Tarihi</w:t>
            </w:r>
          </w:p>
        </w:tc>
        <w:tc>
          <w:tcPr>
            <w:tcW w:type="dxa" w:w="3439"/>
          </w:tcPr>
          <w:p>
            <w:pPr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color w:val="000000"/>
                <w:sz w:val="14"/>
              </w:rPr>
              <w:t>Planlanan Teslim Tarihi</w:t>
            </w:r>
          </w:p>
        </w:tc>
      </w:tr>
      <w:tr>
        <w:trPr>
          <w:cantSplit/>
          <w:trHeight w:val="533" w:hRule="atLeast"/>
        </w:trPr>
        <w:tc>
          <w:tcPr>
            <w:tcW w:type="dxa" w:w="3439"/>
          </w:tcPr>
          <w:p>
            <w:pPr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color w:val="000000"/>
                <w:sz w:val="14"/>
              </w:rPr>
              <w:t>Servis Danışmanı</w:t>
            </w:r>
          </w:p>
        </w:tc>
        <w:tc>
          <w:tcPr>
            <w:tcW w:type="dxa" w:w="3439"/>
          </w:tcPr>
          <w:p>
            <w:pPr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color w:val="000000"/>
                <w:sz w:val="14"/>
              </w:rPr>
              <w:t>Sorumlu Teknisyen</w:t>
            </w:r>
          </w:p>
        </w:tc>
        <w:tc>
          <w:tcPr>
            <w:tcW w:type="dxa" w:w="3439"/>
          </w:tcPr>
          <w:p>
            <w:pPr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color w:val="000000"/>
                <w:sz w:val="14"/>
              </w:rPr>
              <w:t>Öncelik</w:t>
            </w:r>
          </w:p>
          <w:p>
            <w:pPr>
              <w:spacing w:before="20"/>
            </w:pPr>
            <w:sdt>
              <w:sdtPr>
                <w:id w:val="126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17"/>
                  </w:rPr>
                  <w:t>☐</w:t>
                </w:r>
              </w:sdtContent>
            </w:sdt>
            <w:r>
              <w:rPr>
                <w:rFonts w:ascii="Arial" w:hAnsi="Arial" w:eastAsia="Arial"/>
                <w:b w:val="0"/>
                <w:i w:val="0"/>
                <w:color w:val="000000"/>
                <w:sz w:val="15"/>
              </w:rPr>
              <w:t xml:space="preserve"> Normal    </w:t>
            </w:r>
            <w:sdt>
              <w:sdtPr>
                <w:id w:val="127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17"/>
                  </w:rPr>
                  <w:t>☐</w:t>
                </w:r>
              </w:sdtContent>
            </w:sdt>
            <w:r>
              <w:rPr>
                <w:rFonts w:ascii="Arial" w:hAnsi="Arial" w:eastAsia="Arial"/>
                <w:b w:val="0"/>
                <w:i w:val="0"/>
                <w:color w:val="000000"/>
                <w:sz w:val="15"/>
              </w:rPr>
              <w:t xml:space="preserve"> Acil</w:t>
            </w:r>
          </w:p>
        </w:tc>
      </w:tr>
      <w:tr>
        <w:trPr>
          <w:cantSplit/>
          <w:trHeight w:val="533" w:hRule="atLeast"/>
        </w:trPr>
        <w:tc>
          <w:tcPr>
            <w:tcW w:type="dxa" w:w="10317"/>
            <w:gridSpan w:val="3"/>
          </w:tcPr>
          <w:p>
            <w:pPr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color w:val="000000"/>
                <w:sz w:val="14"/>
              </w:rPr>
              <w:t>Garanti kapsamı</w:t>
            </w:r>
          </w:p>
          <w:p>
            <w:pPr>
              <w:spacing w:before="20"/>
            </w:pPr>
            <w:sdt>
              <w:sdtPr>
                <w:id w:val="127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17"/>
                  </w:rPr>
                  <w:t>☐</w:t>
                </w:r>
              </w:sdtContent>
            </w:sdt>
            <w:r>
              <w:rPr>
                <w:rFonts w:ascii="Arial" w:hAnsi="Arial" w:eastAsia="Arial"/>
                <w:b w:val="0"/>
                <w:i w:val="0"/>
                <w:color w:val="000000"/>
                <w:sz w:val="15"/>
              </w:rPr>
              <w:t xml:space="preserve"> Evet    </w:t>
            </w:r>
            <w:sdt>
              <w:sdtPr>
                <w:id w:val="127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17"/>
                  </w:rPr>
                  <w:t>☐</w:t>
                </w:r>
              </w:sdtContent>
            </w:sdt>
            <w:r>
              <w:rPr>
                <w:rFonts w:ascii="Arial" w:hAnsi="Arial" w:eastAsia="Arial"/>
                <w:b w:val="0"/>
                <w:i w:val="0"/>
                <w:color w:val="000000"/>
                <w:sz w:val="15"/>
              </w:rPr>
              <w:t xml:space="preserve"> Hayır</w:t>
            </w:r>
          </w:p>
        </w:tc>
      </w:tr>
    </w:tbl>
    <w:p>
      <w:pPr>
        <w:spacing w:before="0" w:after="0" w:line="70" w:lineRule="exact"/>
      </w:pPr>
      <w:r>
        <w:rPr>
          <w:rFonts w:ascii="Arial" w:hAnsi="Arial" w:eastAsia="Arial"/>
          <w:b w:val="0"/>
          <w:i w:val="0"/>
          <w:color w:val="000000"/>
          <w:sz w:val="2"/>
        </w:rPr>
      </w:r>
    </w:p>
    <w:tbl>
      <w:tblPr>
        <w:tblW w:w="1031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28" w:type="dxa"/>
          <w:left w:w="80" w:type="dxa"/>
          <w:bottom w:w="28" w:type="dxa"/>
          <w:right w:w="80" w:type="dxa"/>
        </w:tblCellMar>
        <w:tblLook w:firstColumn="1" w:firstRow="1" w:lastColumn="0" w:lastRow="0" w:noHBand="0" w:noVBand="1" w:val="04A0"/>
      </w:tblPr>
      <w:tblGrid>
        <w:gridCol w:w="10319"/>
      </w:tblGrid>
      <w:tr>
        <w:trPr>
          <w:cantSplit/>
        </w:trPr>
        <w:tc>
          <w:tcPr>
            <w:tcW w:type="dxa" w:w="10318"/>
            <w:shd w:val="clear" w:color="auto" w:fill="E3E3E3"/>
          </w:tcPr>
          <w:p>
            <w:pPr>
              <w:keepNext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color w:val="000000"/>
                <w:sz w:val="17"/>
              </w:rPr>
              <w:t>Müşteri ve Araç</w:t>
            </w:r>
          </w:p>
        </w:tc>
      </w:tr>
    </w:tbl>
    <w:tbl>
      <w:tblPr>
        <w:tblW w:w="1031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30" w:type="dxa"/>
          <w:left w:w="60" w:type="dxa"/>
          <w:bottom w:w="30" w:type="dxa"/>
          <w:right w:w="60" w:type="dxa"/>
        </w:tblCellMar>
        <w:tblLook w:firstColumn="1" w:firstRow="1" w:lastColumn="0" w:lastRow="0" w:noHBand="0" w:noVBand="1" w:val="04A0"/>
      </w:tblPr>
      <w:tblGrid>
        <w:gridCol w:w="3439"/>
        <w:gridCol w:w="3439"/>
        <w:gridCol w:w="3439"/>
      </w:tblGrid>
      <w:tr>
        <w:trPr>
          <w:cantSplit/>
          <w:trHeight w:val="397" w:hRule="atLeast"/>
        </w:trPr>
        <w:tc>
          <w:tcPr>
            <w:tcW w:type="dxa" w:w="3439"/>
          </w:tcPr>
          <w:p>
            <w:pPr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color w:val="000000"/>
                <w:sz w:val="14"/>
              </w:rPr>
              <w:t>Müşteri Ad Soyad / Ünvan</w:t>
            </w:r>
          </w:p>
        </w:tc>
        <w:tc>
          <w:tcPr>
            <w:tcW w:type="dxa" w:w="3439"/>
          </w:tcPr>
          <w:p>
            <w:pPr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color w:val="000000"/>
                <w:sz w:val="14"/>
              </w:rPr>
              <w:t>Telefon</w:t>
            </w:r>
          </w:p>
        </w:tc>
        <w:tc>
          <w:tcPr>
            <w:tcW w:type="dxa" w:w="3439"/>
          </w:tcPr>
          <w:p>
            <w:pPr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color w:val="000000"/>
                <w:sz w:val="14"/>
              </w:rPr>
              <w:t>Plaka</w:t>
            </w:r>
          </w:p>
        </w:tc>
      </w:tr>
      <w:tr>
        <w:trPr>
          <w:cantSplit/>
          <w:trHeight w:val="397" w:hRule="atLeast"/>
        </w:trPr>
        <w:tc>
          <w:tcPr>
            <w:tcW w:type="dxa" w:w="3439"/>
          </w:tcPr>
          <w:p>
            <w:pPr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color w:val="000000"/>
                <w:sz w:val="14"/>
              </w:rPr>
              <w:t>Marka / Model</w:t>
            </w:r>
          </w:p>
        </w:tc>
        <w:tc>
          <w:tcPr>
            <w:tcW w:type="dxa" w:w="3439"/>
          </w:tcPr>
          <w:p>
            <w:pPr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color w:val="000000"/>
                <w:sz w:val="14"/>
              </w:rPr>
              <w:t>Kilometre</w:t>
            </w:r>
          </w:p>
        </w:tc>
        <w:tc>
          <w:tcPr>
            <w:tcW w:type="dxa" w:w="3439"/>
          </w:tcPr>
          <w:p>
            <w:pPr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color w:val="000000"/>
                <w:sz w:val="14"/>
              </w:rPr>
              <w:t>İş Emri / Kabul No</w:t>
            </w:r>
          </w:p>
        </w:tc>
      </w:tr>
    </w:tbl>
    <w:p>
      <w:pPr>
        <w:spacing w:before="0" w:after="0" w:line="70" w:lineRule="exact"/>
      </w:pPr>
      <w:r>
        <w:rPr>
          <w:rFonts w:ascii="Arial" w:hAnsi="Arial" w:eastAsia="Arial"/>
          <w:b w:val="0"/>
          <w:i w:val="0"/>
          <w:color w:val="000000"/>
          <w:sz w:val="2"/>
        </w:rPr>
      </w:r>
    </w:p>
    <w:tbl>
      <w:tblPr>
        <w:tblW w:w="1031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28" w:type="dxa"/>
          <w:left w:w="80" w:type="dxa"/>
          <w:bottom w:w="28" w:type="dxa"/>
          <w:right w:w="80" w:type="dxa"/>
        </w:tblCellMar>
        <w:tblLook w:firstColumn="1" w:firstRow="1" w:lastColumn="0" w:lastRow="0" w:noHBand="0" w:noVBand="1" w:val="04A0"/>
      </w:tblPr>
      <w:tblGrid>
        <w:gridCol w:w="10319"/>
      </w:tblGrid>
      <w:tr>
        <w:trPr>
          <w:cantSplit/>
        </w:trPr>
        <w:tc>
          <w:tcPr>
            <w:tcW w:type="dxa" w:w="10318"/>
            <w:shd w:val="clear" w:color="auto" w:fill="E3E3E3"/>
          </w:tcPr>
          <w:p>
            <w:pPr>
              <w:keepNext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color w:val="000000"/>
                <w:sz w:val="17"/>
              </w:rPr>
              <w:t>Yapılacak İşler</w:t>
            </w:r>
          </w:p>
        </w:tc>
      </w:tr>
    </w:tbl>
    <w:tbl>
      <w:tblPr>
        <w:tblW w:w="1031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30" w:type="dxa"/>
          <w:left w:w="60" w:type="dxa"/>
          <w:bottom w:w="30" w:type="dxa"/>
          <w:right w:w="60" w:type="dxa"/>
        </w:tblCellMar>
        <w:tblLook w:firstColumn="1" w:firstRow="1" w:lastColumn="0" w:lastRow="0" w:noHBand="0" w:noVBand="1" w:val="04A0"/>
      </w:tblPr>
      <w:tblGrid>
        <w:gridCol w:w="453"/>
        <w:gridCol w:w="5361"/>
        <w:gridCol w:w="1179"/>
        <w:gridCol w:w="1608"/>
        <w:gridCol w:w="1715"/>
      </w:tblGrid>
      <w:tr>
        <w:trPr>
          <w:cantSplit/>
          <w:tblHeader/>
        </w:trPr>
        <w:tc>
          <w:tcPr>
            <w:tcW w:type="dxa" w:w="454"/>
            <w:shd w:val="clear" w:color="auto" w:fill="E3E3E3"/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color w:val="000000"/>
                <w:sz w:val="14"/>
              </w:rPr>
              <w:t>No</w:t>
            </w:r>
          </w:p>
        </w:tc>
        <w:tc>
          <w:tcPr>
            <w:tcW w:type="dxa" w:w="5361"/>
            <w:shd w:val="clear" w:color="auto" w:fill="E3E3E3"/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color w:val="000000"/>
                <w:sz w:val="14"/>
              </w:rPr>
              <w:t>İşlem / Talep</w:t>
            </w:r>
          </w:p>
        </w:tc>
        <w:tc>
          <w:tcPr>
            <w:tcW w:type="dxa" w:w="1179"/>
            <w:shd w:val="clear" w:color="auto" w:fill="E3E3E3"/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color w:val="000000"/>
                <w:sz w:val="14"/>
              </w:rPr>
              <w:t>Onay</w:t>
            </w:r>
          </w:p>
        </w:tc>
        <w:tc>
          <w:tcPr>
            <w:tcW w:type="dxa" w:w="1608"/>
            <w:shd w:val="clear" w:color="auto" w:fill="E3E3E3"/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color w:val="000000"/>
                <w:sz w:val="14"/>
              </w:rPr>
              <w:t>Tahmini Süre</w:t>
            </w:r>
          </w:p>
        </w:tc>
        <w:tc>
          <w:tcPr>
            <w:tcW w:type="dxa" w:w="1716"/>
            <w:shd w:val="clear" w:color="auto" w:fill="E3E3E3"/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color w:val="000000"/>
                <w:sz w:val="14"/>
              </w:rPr>
              <w:t>Durum</w:t>
            </w:r>
          </w:p>
        </w:tc>
      </w:tr>
      <w:tr>
        <w:trPr>
          <w:cantSplit/>
          <w:trHeight w:val="390" w:hRule="atLeast"/>
        </w:trPr>
        <w:tc>
          <w:tcPr>
            <w:tcW w:type="dxa" w:w="454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color w:val="000000"/>
                <w:sz w:val="15"/>
              </w:rPr>
              <w:t>1</w:t>
            </w:r>
          </w:p>
        </w:tc>
        <w:tc>
          <w:tcPr>
            <w:tcW w:type="dxa" w:w="5361"/>
            <w:vAlign w:val="center"/>
          </w:tcPr>
          <w:p>
            <w:pPr>
              <w:spacing w:before="0" w:after="0" w:line="240" w:lineRule="auto"/>
            </w:pPr>
          </w:p>
        </w:tc>
        <w:tc>
          <w:tcPr>
            <w:tcW w:type="dxa" w:w="1179"/>
            <w:vAlign w:val="center"/>
          </w:tcPr>
          <w:p>
            <w:pPr>
              <w:spacing w:before="0" w:after="0" w:line="240" w:lineRule="auto"/>
            </w:pPr>
          </w:p>
        </w:tc>
        <w:tc>
          <w:tcPr>
            <w:tcW w:type="dxa" w:w="1608"/>
            <w:vAlign w:val="center"/>
          </w:tcPr>
          <w:p>
            <w:pPr>
              <w:spacing w:before="0" w:after="0" w:line="240" w:lineRule="auto"/>
            </w:pPr>
          </w:p>
        </w:tc>
        <w:tc>
          <w:tcPr>
            <w:tcW w:type="dxa" w:w="1716"/>
            <w:vAlign w:val="center"/>
          </w:tcPr>
          <w:p>
            <w:pPr>
              <w:spacing w:before="0" w:after="0" w:line="240" w:lineRule="auto"/>
            </w:pPr>
          </w:p>
        </w:tc>
      </w:tr>
      <w:tr>
        <w:trPr>
          <w:cantSplit/>
          <w:trHeight w:val="390" w:hRule="atLeast"/>
        </w:trPr>
        <w:tc>
          <w:tcPr>
            <w:tcW w:type="dxa" w:w="454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color w:val="000000"/>
                <w:sz w:val="15"/>
              </w:rPr>
              <w:t>2</w:t>
            </w:r>
          </w:p>
        </w:tc>
        <w:tc>
          <w:tcPr>
            <w:tcW w:type="dxa" w:w="5361"/>
            <w:vAlign w:val="center"/>
          </w:tcPr>
          <w:p>
            <w:pPr>
              <w:spacing w:before="0" w:after="0" w:line="240" w:lineRule="auto"/>
            </w:pPr>
          </w:p>
        </w:tc>
        <w:tc>
          <w:tcPr>
            <w:tcW w:type="dxa" w:w="1179"/>
            <w:vAlign w:val="center"/>
          </w:tcPr>
          <w:p>
            <w:pPr>
              <w:spacing w:before="0" w:after="0" w:line="240" w:lineRule="auto"/>
            </w:pPr>
          </w:p>
        </w:tc>
        <w:tc>
          <w:tcPr>
            <w:tcW w:type="dxa" w:w="1608"/>
            <w:vAlign w:val="center"/>
          </w:tcPr>
          <w:p>
            <w:pPr>
              <w:spacing w:before="0" w:after="0" w:line="240" w:lineRule="auto"/>
            </w:pPr>
          </w:p>
        </w:tc>
        <w:tc>
          <w:tcPr>
            <w:tcW w:type="dxa" w:w="1716"/>
            <w:vAlign w:val="center"/>
          </w:tcPr>
          <w:p>
            <w:pPr>
              <w:spacing w:before="0" w:after="0" w:line="240" w:lineRule="auto"/>
            </w:pPr>
          </w:p>
        </w:tc>
      </w:tr>
      <w:tr>
        <w:trPr>
          <w:cantSplit/>
          <w:trHeight w:val="390" w:hRule="atLeast"/>
        </w:trPr>
        <w:tc>
          <w:tcPr>
            <w:tcW w:type="dxa" w:w="454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color w:val="000000"/>
                <w:sz w:val="15"/>
              </w:rPr>
              <w:t>3</w:t>
            </w:r>
          </w:p>
        </w:tc>
        <w:tc>
          <w:tcPr>
            <w:tcW w:type="dxa" w:w="5361"/>
            <w:vAlign w:val="center"/>
          </w:tcPr>
          <w:p>
            <w:pPr>
              <w:spacing w:before="0" w:after="0" w:line="240" w:lineRule="auto"/>
            </w:pPr>
          </w:p>
        </w:tc>
        <w:tc>
          <w:tcPr>
            <w:tcW w:type="dxa" w:w="1179"/>
            <w:vAlign w:val="center"/>
          </w:tcPr>
          <w:p>
            <w:pPr>
              <w:spacing w:before="0" w:after="0" w:line="240" w:lineRule="auto"/>
            </w:pPr>
          </w:p>
        </w:tc>
        <w:tc>
          <w:tcPr>
            <w:tcW w:type="dxa" w:w="1608"/>
            <w:vAlign w:val="center"/>
          </w:tcPr>
          <w:p>
            <w:pPr>
              <w:spacing w:before="0" w:after="0" w:line="240" w:lineRule="auto"/>
            </w:pPr>
          </w:p>
        </w:tc>
        <w:tc>
          <w:tcPr>
            <w:tcW w:type="dxa" w:w="1716"/>
            <w:vAlign w:val="center"/>
          </w:tcPr>
          <w:p>
            <w:pPr>
              <w:spacing w:before="0" w:after="0" w:line="240" w:lineRule="auto"/>
            </w:pPr>
          </w:p>
        </w:tc>
      </w:tr>
      <w:tr>
        <w:trPr>
          <w:cantSplit/>
          <w:trHeight w:val="390" w:hRule="atLeast"/>
        </w:trPr>
        <w:tc>
          <w:tcPr>
            <w:tcW w:type="dxa" w:w="454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color w:val="000000"/>
                <w:sz w:val="15"/>
              </w:rPr>
              <w:t>4</w:t>
            </w:r>
          </w:p>
        </w:tc>
        <w:tc>
          <w:tcPr>
            <w:tcW w:type="dxa" w:w="5361"/>
            <w:vAlign w:val="center"/>
          </w:tcPr>
          <w:p>
            <w:pPr>
              <w:spacing w:before="0" w:after="0" w:line="240" w:lineRule="auto"/>
            </w:pPr>
          </w:p>
        </w:tc>
        <w:tc>
          <w:tcPr>
            <w:tcW w:type="dxa" w:w="1179"/>
            <w:vAlign w:val="center"/>
          </w:tcPr>
          <w:p>
            <w:pPr>
              <w:spacing w:before="0" w:after="0" w:line="240" w:lineRule="auto"/>
            </w:pPr>
          </w:p>
        </w:tc>
        <w:tc>
          <w:tcPr>
            <w:tcW w:type="dxa" w:w="1608"/>
            <w:vAlign w:val="center"/>
          </w:tcPr>
          <w:p>
            <w:pPr>
              <w:spacing w:before="0" w:after="0" w:line="240" w:lineRule="auto"/>
            </w:pPr>
          </w:p>
        </w:tc>
        <w:tc>
          <w:tcPr>
            <w:tcW w:type="dxa" w:w="1716"/>
            <w:vAlign w:val="center"/>
          </w:tcPr>
          <w:p>
            <w:pPr>
              <w:spacing w:before="0" w:after="0" w:line="240" w:lineRule="auto"/>
            </w:pPr>
          </w:p>
        </w:tc>
      </w:tr>
      <w:tr>
        <w:trPr>
          <w:cantSplit/>
          <w:trHeight w:val="390" w:hRule="atLeast"/>
        </w:trPr>
        <w:tc>
          <w:tcPr>
            <w:tcW w:type="dxa" w:w="454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color w:val="000000"/>
                <w:sz w:val="15"/>
              </w:rPr>
              <w:t>5</w:t>
            </w:r>
          </w:p>
        </w:tc>
        <w:tc>
          <w:tcPr>
            <w:tcW w:type="dxa" w:w="5361"/>
            <w:vAlign w:val="center"/>
          </w:tcPr>
          <w:p>
            <w:pPr>
              <w:spacing w:before="0" w:after="0" w:line="240" w:lineRule="auto"/>
            </w:pPr>
          </w:p>
        </w:tc>
        <w:tc>
          <w:tcPr>
            <w:tcW w:type="dxa" w:w="1179"/>
            <w:vAlign w:val="center"/>
          </w:tcPr>
          <w:p>
            <w:pPr>
              <w:spacing w:before="0" w:after="0" w:line="240" w:lineRule="auto"/>
            </w:pPr>
          </w:p>
        </w:tc>
        <w:tc>
          <w:tcPr>
            <w:tcW w:type="dxa" w:w="1608"/>
            <w:vAlign w:val="center"/>
          </w:tcPr>
          <w:p>
            <w:pPr>
              <w:spacing w:before="0" w:after="0" w:line="240" w:lineRule="auto"/>
            </w:pPr>
          </w:p>
        </w:tc>
        <w:tc>
          <w:tcPr>
            <w:tcW w:type="dxa" w:w="1716"/>
            <w:vAlign w:val="center"/>
          </w:tcPr>
          <w:p>
            <w:pPr>
              <w:spacing w:before="0" w:after="0" w:line="240" w:lineRule="auto"/>
            </w:pPr>
          </w:p>
        </w:tc>
      </w:tr>
      <w:tr>
        <w:trPr>
          <w:cantSplit/>
          <w:trHeight w:val="390" w:hRule="atLeast"/>
        </w:trPr>
        <w:tc>
          <w:tcPr>
            <w:tcW w:type="dxa" w:w="454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color w:val="000000"/>
                <w:sz w:val="15"/>
              </w:rPr>
              <w:t>6</w:t>
            </w:r>
          </w:p>
        </w:tc>
        <w:tc>
          <w:tcPr>
            <w:tcW w:type="dxa" w:w="5361"/>
            <w:vAlign w:val="center"/>
          </w:tcPr>
          <w:p>
            <w:pPr>
              <w:spacing w:before="0" w:after="0" w:line="240" w:lineRule="auto"/>
            </w:pPr>
          </w:p>
        </w:tc>
        <w:tc>
          <w:tcPr>
            <w:tcW w:type="dxa" w:w="1179"/>
            <w:vAlign w:val="center"/>
          </w:tcPr>
          <w:p>
            <w:pPr>
              <w:spacing w:before="0" w:after="0" w:line="240" w:lineRule="auto"/>
            </w:pPr>
          </w:p>
        </w:tc>
        <w:tc>
          <w:tcPr>
            <w:tcW w:type="dxa" w:w="1608"/>
            <w:vAlign w:val="center"/>
          </w:tcPr>
          <w:p>
            <w:pPr>
              <w:spacing w:before="0" w:after="0" w:line="240" w:lineRule="auto"/>
            </w:pPr>
          </w:p>
        </w:tc>
        <w:tc>
          <w:tcPr>
            <w:tcW w:type="dxa" w:w="1716"/>
            <w:vAlign w:val="center"/>
          </w:tcPr>
          <w:p>
            <w:pPr>
              <w:spacing w:before="0" w:after="0" w:line="240" w:lineRule="auto"/>
            </w:pPr>
          </w:p>
        </w:tc>
      </w:tr>
      <w:tr>
        <w:trPr>
          <w:cantSplit/>
          <w:trHeight w:val="390" w:hRule="atLeast"/>
        </w:trPr>
        <w:tc>
          <w:tcPr>
            <w:tcW w:type="dxa" w:w="454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color w:val="000000"/>
                <w:sz w:val="15"/>
              </w:rPr>
              <w:t>7</w:t>
            </w:r>
          </w:p>
        </w:tc>
        <w:tc>
          <w:tcPr>
            <w:tcW w:type="dxa" w:w="5361"/>
            <w:vAlign w:val="center"/>
          </w:tcPr>
          <w:p>
            <w:pPr>
              <w:spacing w:before="0" w:after="0" w:line="240" w:lineRule="auto"/>
            </w:pPr>
          </w:p>
        </w:tc>
        <w:tc>
          <w:tcPr>
            <w:tcW w:type="dxa" w:w="1179"/>
            <w:vAlign w:val="center"/>
          </w:tcPr>
          <w:p>
            <w:pPr>
              <w:spacing w:before="0" w:after="0" w:line="240" w:lineRule="auto"/>
            </w:pPr>
          </w:p>
        </w:tc>
        <w:tc>
          <w:tcPr>
            <w:tcW w:type="dxa" w:w="1608"/>
            <w:vAlign w:val="center"/>
          </w:tcPr>
          <w:p>
            <w:pPr>
              <w:spacing w:before="0" w:after="0" w:line="240" w:lineRule="auto"/>
            </w:pPr>
          </w:p>
        </w:tc>
        <w:tc>
          <w:tcPr>
            <w:tcW w:type="dxa" w:w="1716"/>
            <w:vAlign w:val="center"/>
          </w:tcPr>
          <w:p>
            <w:pPr>
              <w:spacing w:before="0" w:after="0" w:line="240" w:lineRule="auto"/>
            </w:pPr>
          </w:p>
        </w:tc>
      </w:tr>
    </w:tbl>
    <w:p>
      <w:pPr>
        <w:spacing w:before="0" w:after="0" w:line="70" w:lineRule="exact"/>
      </w:pPr>
      <w:r>
        <w:rPr>
          <w:rFonts w:ascii="Arial" w:hAnsi="Arial" w:eastAsia="Arial"/>
          <w:b w:val="0"/>
          <w:i w:val="0"/>
          <w:color w:val="000000"/>
          <w:sz w:val="2"/>
        </w:rPr>
      </w:r>
    </w:p>
    <w:tbl>
      <w:tblPr>
        <w:tblW w:w="1031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28" w:type="dxa"/>
          <w:left w:w="80" w:type="dxa"/>
          <w:bottom w:w="28" w:type="dxa"/>
          <w:right w:w="80" w:type="dxa"/>
        </w:tblCellMar>
        <w:tblLook w:firstColumn="1" w:firstRow="1" w:lastColumn="0" w:lastRow="0" w:noHBand="0" w:noVBand="1" w:val="04A0"/>
      </w:tblPr>
      <w:tblGrid>
        <w:gridCol w:w="10319"/>
      </w:tblGrid>
      <w:tr>
        <w:trPr>
          <w:cantSplit/>
        </w:trPr>
        <w:tc>
          <w:tcPr>
            <w:tcW w:type="dxa" w:w="10318"/>
            <w:shd w:val="clear" w:color="auto" w:fill="E3E3E3"/>
          </w:tcPr>
          <w:p>
            <w:pPr>
              <w:keepNext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color w:val="000000"/>
                <w:sz w:val="17"/>
              </w:rPr>
              <w:t>Kullanılacak Parçalar</w:t>
            </w:r>
          </w:p>
        </w:tc>
      </w:tr>
    </w:tbl>
    <w:tbl>
      <w:tblPr>
        <w:tblW w:w="1031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30" w:type="dxa"/>
          <w:left w:w="60" w:type="dxa"/>
          <w:bottom w:w="30" w:type="dxa"/>
          <w:right w:w="60" w:type="dxa"/>
        </w:tblCellMar>
        <w:tblLook w:firstColumn="1" w:firstRow="1" w:lastColumn="0" w:lastRow="0" w:noHBand="0" w:noVBand="1" w:val="04A0"/>
      </w:tblPr>
      <w:tblGrid>
        <w:gridCol w:w="453"/>
        <w:gridCol w:w="4884"/>
        <w:gridCol w:w="1074"/>
        <w:gridCol w:w="1953"/>
        <w:gridCol w:w="1953"/>
      </w:tblGrid>
      <w:tr>
        <w:trPr>
          <w:cantSplit/>
          <w:tblHeader/>
        </w:trPr>
        <w:tc>
          <w:tcPr>
            <w:tcW w:type="dxa" w:w="454"/>
            <w:shd w:val="clear" w:color="auto" w:fill="E3E3E3"/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color w:val="000000"/>
                <w:sz w:val="14"/>
              </w:rPr>
              <w:t>No</w:t>
            </w:r>
          </w:p>
        </w:tc>
        <w:tc>
          <w:tcPr>
            <w:tcW w:type="dxa" w:w="4883"/>
            <w:shd w:val="clear" w:color="auto" w:fill="E3E3E3"/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color w:val="000000"/>
                <w:sz w:val="14"/>
              </w:rPr>
              <w:t>Parça Kodu / Adı</w:t>
            </w:r>
          </w:p>
        </w:tc>
        <w:tc>
          <w:tcPr>
            <w:tcW w:type="dxa" w:w="1074"/>
            <w:shd w:val="clear" w:color="auto" w:fill="E3E3E3"/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color w:val="000000"/>
                <w:sz w:val="14"/>
              </w:rPr>
              <w:t>Adet</w:t>
            </w:r>
          </w:p>
        </w:tc>
        <w:tc>
          <w:tcPr>
            <w:tcW w:type="dxa" w:w="1953"/>
            <w:shd w:val="clear" w:color="auto" w:fill="E3E3E3"/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color w:val="000000"/>
                <w:sz w:val="14"/>
              </w:rPr>
              <w:t>Stoktan / Sipariş</w:t>
            </w:r>
          </w:p>
        </w:tc>
        <w:tc>
          <w:tcPr>
            <w:tcW w:type="dxa" w:w="1953"/>
            <w:shd w:val="clear" w:color="auto" w:fill="E3E3E3"/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color w:val="000000"/>
                <w:sz w:val="14"/>
              </w:rPr>
              <w:t>Not</w:t>
            </w:r>
          </w:p>
        </w:tc>
      </w:tr>
      <w:tr>
        <w:trPr>
          <w:cantSplit/>
          <w:trHeight w:val="362" w:hRule="atLeast"/>
        </w:trPr>
        <w:tc>
          <w:tcPr>
            <w:tcW w:type="dxa" w:w="454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color w:val="000000"/>
                <w:sz w:val="15"/>
              </w:rPr>
              <w:t>1</w:t>
            </w:r>
          </w:p>
        </w:tc>
        <w:tc>
          <w:tcPr>
            <w:tcW w:type="dxa" w:w="4883"/>
            <w:vAlign w:val="center"/>
          </w:tcPr>
          <w:p>
            <w:pPr>
              <w:spacing w:before="0" w:after="0" w:line="240" w:lineRule="auto"/>
            </w:pPr>
          </w:p>
        </w:tc>
        <w:tc>
          <w:tcPr>
            <w:tcW w:type="dxa" w:w="1074"/>
            <w:vAlign w:val="center"/>
          </w:tcPr>
          <w:p>
            <w:pPr>
              <w:spacing w:before="0" w:after="0" w:line="240" w:lineRule="auto"/>
            </w:pPr>
          </w:p>
        </w:tc>
        <w:tc>
          <w:tcPr>
            <w:tcW w:type="dxa" w:w="1953"/>
            <w:vAlign w:val="center"/>
          </w:tcPr>
          <w:p>
            <w:pPr>
              <w:spacing w:before="0" w:after="0" w:line="240" w:lineRule="auto"/>
            </w:pPr>
          </w:p>
        </w:tc>
        <w:tc>
          <w:tcPr>
            <w:tcW w:type="dxa" w:w="1953"/>
            <w:vAlign w:val="center"/>
          </w:tcPr>
          <w:p>
            <w:pPr>
              <w:spacing w:before="0" w:after="0" w:line="240" w:lineRule="auto"/>
            </w:pPr>
          </w:p>
        </w:tc>
      </w:tr>
      <w:tr>
        <w:trPr>
          <w:cantSplit/>
          <w:trHeight w:val="362" w:hRule="atLeast"/>
        </w:trPr>
        <w:tc>
          <w:tcPr>
            <w:tcW w:type="dxa" w:w="454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color w:val="000000"/>
                <w:sz w:val="15"/>
              </w:rPr>
              <w:t>2</w:t>
            </w:r>
          </w:p>
        </w:tc>
        <w:tc>
          <w:tcPr>
            <w:tcW w:type="dxa" w:w="4883"/>
            <w:vAlign w:val="center"/>
          </w:tcPr>
          <w:p>
            <w:pPr>
              <w:spacing w:before="0" w:after="0" w:line="240" w:lineRule="auto"/>
            </w:pPr>
          </w:p>
        </w:tc>
        <w:tc>
          <w:tcPr>
            <w:tcW w:type="dxa" w:w="1074"/>
            <w:vAlign w:val="center"/>
          </w:tcPr>
          <w:p>
            <w:pPr>
              <w:spacing w:before="0" w:after="0" w:line="240" w:lineRule="auto"/>
            </w:pPr>
          </w:p>
        </w:tc>
        <w:tc>
          <w:tcPr>
            <w:tcW w:type="dxa" w:w="1953"/>
            <w:vAlign w:val="center"/>
          </w:tcPr>
          <w:p>
            <w:pPr>
              <w:spacing w:before="0" w:after="0" w:line="240" w:lineRule="auto"/>
            </w:pPr>
          </w:p>
        </w:tc>
        <w:tc>
          <w:tcPr>
            <w:tcW w:type="dxa" w:w="1953"/>
            <w:vAlign w:val="center"/>
          </w:tcPr>
          <w:p>
            <w:pPr>
              <w:spacing w:before="0" w:after="0" w:line="240" w:lineRule="auto"/>
            </w:pPr>
          </w:p>
        </w:tc>
      </w:tr>
      <w:tr>
        <w:trPr>
          <w:cantSplit/>
          <w:trHeight w:val="362" w:hRule="atLeast"/>
        </w:trPr>
        <w:tc>
          <w:tcPr>
            <w:tcW w:type="dxa" w:w="454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color w:val="000000"/>
                <w:sz w:val="15"/>
              </w:rPr>
              <w:t>3</w:t>
            </w:r>
          </w:p>
        </w:tc>
        <w:tc>
          <w:tcPr>
            <w:tcW w:type="dxa" w:w="4883"/>
            <w:vAlign w:val="center"/>
          </w:tcPr>
          <w:p>
            <w:pPr>
              <w:spacing w:before="0" w:after="0" w:line="240" w:lineRule="auto"/>
            </w:pPr>
          </w:p>
        </w:tc>
        <w:tc>
          <w:tcPr>
            <w:tcW w:type="dxa" w:w="1074"/>
            <w:vAlign w:val="center"/>
          </w:tcPr>
          <w:p>
            <w:pPr>
              <w:spacing w:before="0" w:after="0" w:line="240" w:lineRule="auto"/>
            </w:pPr>
          </w:p>
        </w:tc>
        <w:tc>
          <w:tcPr>
            <w:tcW w:type="dxa" w:w="1953"/>
            <w:vAlign w:val="center"/>
          </w:tcPr>
          <w:p>
            <w:pPr>
              <w:spacing w:before="0" w:after="0" w:line="240" w:lineRule="auto"/>
            </w:pPr>
          </w:p>
        </w:tc>
        <w:tc>
          <w:tcPr>
            <w:tcW w:type="dxa" w:w="1953"/>
            <w:vAlign w:val="center"/>
          </w:tcPr>
          <w:p>
            <w:pPr>
              <w:spacing w:before="0" w:after="0" w:line="240" w:lineRule="auto"/>
            </w:pPr>
          </w:p>
        </w:tc>
      </w:tr>
      <w:tr>
        <w:trPr>
          <w:cantSplit/>
          <w:trHeight w:val="362" w:hRule="atLeast"/>
        </w:trPr>
        <w:tc>
          <w:tcPr>
            <w:tcW w:type="dxa" w:w="454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color w:val="000000"/>
                <w:sz w:val="15"/>
              </w:rPr>
              <w:t>4</w:t>
            </w:r>
          </w:p>
        </w:tc>
        <w:tc>
          <w:tcPr>
            <w:tcW w:type="dxa" w:w="4883"/>
            <w:vAlign w:val="center"/>
          </w:tcPr>
          <w:p>
            <w:pPr>
              <w:spacing w:before="0" w:after="0" w:line="240" w:lineRule="auto"/>
            </w:pPr>
          </w:p>
        </w:tc>
        <w:tc>
          <w:tcPr>
            <w:tcW w:type="dxa" w:w="1074"/>
            <w:vAlign w:val="center"/>
          </w:tcPr>
          <w:p>
            <w:pPr>
              <w:spacing w:before="0" w:after="0" w:line="240" w:lineRule="auto"/>
            </w:pPr>
          </w:p>
        </w:tc>
        <w:tc>
          <w:tcPr>
            <w:tcW w:type="dxa" w:w="1953"/>
            <w:vAlign w:val="center"/>
          </w:tcPr>
          <w:p>
            <w:pPr>
              <w:spacing w:before="0" w:after="0" w:line="240" w:lineRule="auto"/>
            </w:pPr>
          </w:p>
        </w:tc>
        <w:tc>
          <w:tcPr>
            <w:tcW w:type="dxa" w:w="1953"/>
            <w:vAlign w:val="center"/>
          </w:tcPr>
          <w:p>
            <w:pPr>
              <w:spacing w:before="0" w:after="0" w:line="240" w:lineRule="auto"/>
            </w:pPr>
          </w:p>
        </w:tc>
      </w:tr>
      <w:tr>
        <w:trPr>
          <w:cantSplit/>
          <w:trHeight w:val="362" w:hRule="atLeast"/>
        </w:trPr>
        <w:tc>
          <w:tcPr>
            <w:tcW w:type="dxa" w:w="454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color w:val="000000"/>
                <w:sz w:val="15"/>
              </w:rPr>
              <w:t>5</w:t>
            </w:r>
          </w:p>
        </w:tc>
        <w:tc>
          <w:tcPr>
            <w:tcW w:type="dxa" w:w="4883"/>
            <w:vAlign w:val="center"/>
          </w:tcPr>
          <w:p>
            <w:pPr>
              <w:spacing w:before="0" w:after="0" w:line="240" w:lineRule="auto"/>
            </w:pPr>
          </w:p>
        </w:tc>
        <w:tc>
          <w:tcPr>
            <w:tcW w:type="dxa" w:w="1074"/>
            <w:vAlign w:val="center"/>
          </w:tcPr>
          <w:p>
            <w:pPr>
              <w:spacing w:before="0" w:after="0" w:line="240" w:lineRule="auto"/>
            </w:pPr>
          </w:p>
        </w:tc>
        <w:tc>
          <w:tcPr>
            <w:tcW w:type="dxa" w:w="1953"/>
            <w:vAlign w:val="center"/>
          </w:tcPr>
          <w:p>
            <w:pPr>
              <w:spacing w:before="0" w:after="0" w:line="240" w:lineRule="auto"/>
            </w:pPr>
          </w:p>
        </w:tc>
        <w:tc>
          <w:tcPr>
            <w:tcW w:type="dxa" w:w="1953"/>
            <w:vAlign w:val="center"/>
          </w:tcPr>
          <w:p>
            <w:pPr>
              <w:spacing w:before="0" w:after="0" w:line="240" w:lineRule="auto"/>
            </w:pPr>
          </w:p>
        </w:tc>
      </w:tr>
    </w:tbl>
    <w:p>
      <w:pPr>
        <w:spacing w:before="0" w:after="0" w:line="70" w:lineRule="exact"/>
      </w:pPr>
      <w:r>
        <w:rPr>
          <w:rFonts w:ascii="Arial" w:hAnsi="Arial" w:eastAsia="Arial"/>
          <w:b w:val="0"/>
          <w:i w:val="0"/>
          <w:color w:val="000000"/>
          <w:sz w:val="2"/>
        </w:rPr>
      </w:r>
    </w:p>
    <w:tbl>
      <w:tblPr>
        <w:tblW w:w="1031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28" w:type="dxa"/>
          <w:left w:w="80" w:type="dxa"/>
          <w:bottom w:w="28" w:type="dxa"/>
          <w:right w:w="80" w:type="dxa"/>
        </w:tblCellMar>
        <w:tblLook w:firstColumn="1" w:firstRow="1" w:lastColumn="0" w:lastRow="0" w:noHBand="0" w:noVBand="1" w:val="04A0"/>
      </w:tblPr>
      <w:tblGrid>
        <w:gridCol w:w="10319"/>
      </w:tblGrid>
      <w:tr>
        <w:trPr>
          <w:cantSplit/>
        </w:trPr>
        <w:tc>
          <w:tcPr>
            <w:tcW w:type="dxa" w:w="10318"/>
            <w:shd w:val="clear" w:color="auto" w:fill="E3E3E3"/>
          </w:tcPr>
          <w:p>
            <w:pPr>
              <w:keepNext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color w:val="000000"/>
                <w:sz w:val="17"/>
              </w:rPr>
              <w:t>Teknisyen Notları</w:t>
            </w:r>
          </w:p>
        </w:tc>
      </w:tr>
    </w:tbl>
    <w:tbl>
      <w:tblPr>
        <w:tblW w:w="1031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nil" w:sz="4" w:space="0" w:color="000000"/>
        </w:tblBorders>
        <w:tblLayout w:type="fixed"/>
        <w:tblLook w:firstColumn="1" w:firstRow="1" w:lastColumn="0" w:lastRow="0" w:noHBand="0" w:noVBand="1" w:val="04A0"/>
      </w:tblPr>
      <w:tblGrid>
        <w:gridCol w:w="10319"/>
      </w:tblGrid>
      <w:tr>
        <w:trPr>
          <w:cantSplit/>
          <w:trHeight w:val="317" w:hRule="exact"/>
        </w:trPr>
        <w:tc>
          <w:tcPr>
            <w:tcW w:type="dxa" w:w="10318"/>
          </w:tcPr>
          <w:p>
            <w:pPr>
              <w:spacing w:before="0" w:after="0" w:line="240" w:lineRule="auto"/>
            </w:pPr>
          </w:p>
        </w:tc>
      </w:tr>
      <w:tr>
        <w:trPr>
          <w:cantSplit/>
          <w:trHeight w:val="317" w:hRule="exact"/>
        </w:trPr>
        <w:tc>
          <w:tcPr>
            <w:tcW w:type="dxa" w:w="10318"/>
          </w:tcPr>
          <w:p>
            <w:pPr>
              <w:spacing w:before="0" w:after="0" w:line="240" w:lineRule="auto"/>
            </w:pPr>
          </w:p>
        </w:tc>
      </w:tr>
      <w:tr>
        <w:trPr>
          <w:cantSplit/>
          <w:trHeight w:val="317" w:hRule="exact"/>
        </w:trPr>
        <w:tc>
          <w:tcPr>
            <w:tcW w:type="dxa" w:w="10318"/>
          </w:tcPr>
          <w:p>
            <w:pPr>
              <w:spacing w:before="0" w:after="0" w:line="240" w:lineRule="auto"/>
            </w:pPr>
          </w:p>
        </w:tc>
      </w:tr>
    </w:tbl>
    <w:p>
      <w:pPr>
        <w:spacing w:before="0" w:after="0" w:line="70" w:lineRule="exact"/>
      </w:pPr>
      <w:r>
        <w:rPr>
          <w:rFonts w:ascii="Arial" w:hAnsi="Arial" w:eastAsia="Arial"/>
          <w:b w:val="0"/>
          <w:i w:val="0"/>
          <w:color w:val="000000"/>
          <w:sz w:val="2"/>
        </w:rPr>
      </w:r>
    </w:p>
    <w:tbl>
      <w:tblPr>
        <w:tblW w:w="1031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28" w:type="dxa"/>
          <w:left w:w="80" w:type="dxa"/>
          <w:bottom w:w="28" w:type="dxa"/>
          <w:right w:w="80" w:type="dxa"/>
        </w:tblCellMar>
        <w:tblLook w:firstColumn="1" w:firstRow="1" w:lastColumn="0" w:lastRow="0" w:noHBand="0" w:noVBand="1" w:val="04A0"/>
      </w:tblPr>
      <w:tblGrid>
        <w:gridCol w:w="10319"/>
      </w:tblGrid>
      <w:tr>
        <w:trPr>
          <w:cantSplit/>
        </w:trPr>
        <w:tc>
          <w:tcPr>
            <w:tcW w:type="dxa" w:w="10318"/>
            <w:shd w:val="clear" w:color="auto" w:fill="E3E3E3"/>
          </w:tcPr>
          <w:p>
            <w:pPr>
              <w:keepNext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color w:val="000000"/>
                <w:sz w:val="17"/>
              </w:rPr>
              <w:t>Kalite Kontrol</w:t>
            </w:r>
          </w:p>
        </w:tc>
      </w:tr>
    </w:tbl>
    <w:tbl>
      <w:tblPr>
        <w:tblW w:w="1031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14" w:type="dxa"/>
          <w:left w:w="60" w:type="dxa"/>
          <w:bottom w:w="14" w:type="dxa"/>
          <w:right w:w="60" w:type="dxa"/>
        </w:tblCellMar>
        <w:tblLook w:firstColumn="1" w:firstRow="1" w:lastColumn="0" w:lastRow="0" w:noHBand="0" w:noVBand="1" w:val="04A0"/>
      </w:tblPr>
      <w:tblGrid>
        <w:gridCol w:w="6407"/>
        <w:gridCol w:w="878"/>
        <w:gridCol w:w="878"/>
        <w:gridCol w:w="2154"/>
      </w:tblGrid>
      <w:tr>
        <w:trPr>
          <w:cantSplit/>
          <w:tblHeader/>
        </w:trPr>
        <w:tc>
          <w:tcPr>
            <w:tcW w:type="dxa" w:w="6406"/>
            <w:shd w:val="clear" w:color="auto" w:fill="E3E3E3"/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color w:val="000000"/>
                <w:sz w:val="14"/>
              </w:rPr>
              <w:t>Kontrol Maddesi</w:t>
            </w:r>
          </w:p>
        </w:tc>
        <w:tc>
          <w:tcPr>
            <w:tcW w:type="dxa" w:w="879"/>
            <w:shd w:val="clear" w:color="auto" w:fill="E3E3E3"/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color w:val="000000"/>
                <w:sz w:val="14"/>
              </w:rPr>
              <w:t>Evet</w:t>
            </w:r>
          </w:p>
        </w:tc>
        <w:tc>
          <w:tcPr>
            <w:tcW w:type="dxa" w:w="879"/>
            <w:shd w:val="clear" w:color="auto" w:fill="E3E3E3"/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color w:val="000000"/>
                <w:sz w:val="14"/>
              </w:rPr>
              <w:t>Hayır</w:t>
            </w:r>
          </w:p>
        </w:tc>
        <w:tc>
          <w:tcPr>
            <w:tcW w:type="dxa" w:w="2154"/>
            <w:shd w:val="clear" w:color="auto" w:fill="E3E3E3"/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color w:val="000000"/>
                <w:sz w:val="14"/>
              </w:rPr>
              <w:t>Açıklama</w:t>
            </w:r>
          </w:p>
        </w:tc>
      </w:tr>
      <w:tr>
        <w:trPr>
          <w:cantSplit/>
          <w:trHeight w:val="261" w:hRule="atLeast"/>
        </w:trPr>
        <w:tc>
          <w:tcPr>
            <w:tcW w:type="dxa" w:w="6406"/>
            <w:vAlign w:val="center"/>
          </w:tcPr>
          <w:p>
            <w:pPr>
              <w:spacing w:before="0" w:after="0" w:line="240" w:lineRule="auto"/>
            </w:pPr>
            <w:r>
              <w:rPr>
                <w:rFonts w:ascii="Arial" w:hAnsi="Arial" w:eastAsia="Arial"/>
                <w:b w:val="0"/>
                <w:i w:val="0"/>
                <w:color w:val="000000"/>
                <w:sz w:val="15"/>
              </w:rPr>
              <w:t>Yapılan işlemler iş emriyle uyumlu</w:t>
            </w:r>
          </w:p>
        </w:tc>
        <w:tc>
          <w:tcPr>
            <w:tcW w:type="dxa" w:w="879"/>
            <w:vAlign w:val="center"/>
          </w:tcPr>
          <w:p>
            <w:pPr>
              <w:spacing w:before="0" w:after="0" w:line="240" w:lineRule="auto"/>
              <w:jc w:val="center"/>
            </w:pPr>
            <w:sdt>
              <w:sdtPr>
                <w:id w:val="127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16"/>
                  </w:rPr>
                  <w:t>☐</w:t>
                </w:r>
              </w:sdtContent>
            </w:sdt>
          </w:p>
        </w:tc>
        <w:tc>
          <w:tcPr>
            <w:tcW w:type="dxa" w:w="879"/>
            <w:vAlign w:val="center"/>
          </w:tcPr>
          <w:p>
            <w:pPr>
              <w:spacing w:before="0" w:after="0" w:line="240" w:lineRule="auto"/>
              <w:jc w:val="center"/>
            </w:pPr>
            <w:sdt>
              <w:sdtPr>
                <w:id w:val="127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16"/>
                  </w:rPr>
                  <w:t>☐</w:t>
                </w:r>
              </w:sdtContent>
            </w:sdt>
          </w:p>
        </w:tc>
        <w:tc>
          <w:tcPr>
            <w:tcW w:type="dxa" w:w="2154"/>
            <w:vAlign w:val="center"/>
          </w:tcPr>
          <w:p/>
        </w:tc>
      </w:tr>
      <w:tr>
        <w:trPr>
          <w:cantSplit/>
          <w:trHeight w:val="261" w:hRule="atLeast"/>
        </w:trPr>
        <w:tc>
          <w:tcPr>
            <w:tcW w:type="dxa" w:w="6406"/>
            <w:vAlign w:val="center"/>
          </w:tcPr>
          <w:p>
            <w:pPr>
              <w:spacing w:before="0" w:after="0" w:line="240" w:lineRule="auto"/>
            </w:pPr>
            <w:r>
              <w:rPr>
                <w:rFonts w:ascii="Arial" w:hAnsi="Arial" w:eastAsia="Arial"/>
                <w:b w:val="0"/>
                <w:i w:val="0"/>
                <w:color w:val="000000"/>
                <w:sz w:val="15"/>
              </w:rPr>
              <w:t>Test sürüşü yapıldı</w:t>
            </w:r>
          </w:p>
        </w:tc>
        <w:tc>
          <w:tcPr>
            <w:tcW w:type="dxa" w:w="879"/>
            <w:vAlign w:val="center"/>
          </w:tcPr>
          <w:p>
            <w:pPr>
              <w:spacing w:before="0" w:after="0" w:line="240" w:lineRule="auto"/>
              <w:jc w:val="center"/>
            </w:pPr>
            <w:sdt>
              <w:sdtPr>
                <w:id w:val="127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16"/>
                  </w:rPr>
                  <w:t>☐</w:t>
                </w:r>
              </w:sdtContent>
            </w:sdt>
          </w:p>
        </w:tc>
        <w:tc>
          <w:tcPr>
            <w:tcW w:type="dxa" w:w="879"/>
            <w:vAlign w:val="center"/>
          </w:tcPr>
          <w:p>
            <w:pPr>
              <w:spacing w:before="0" w:after="0" w:line="240" w:lineRule="auto"/>
              <w:jc w:val="center"/>
            </w:pPr>
            <w:sdt>
              <w:sdtPr>
                <w:id w:val="127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16"/>
                  </w:rPr>
                  <w:t>☐</w:t>
                </w:r>
              </w:sdtContent>
            </w:sdt>
          </w:p>
        </w:tc>
        <w:tc>
          <w:tcPr>
            <w:tcW w:type="dxa" w:w="2154"/>
            <w:vAlign w:val="center"/>
          </w:tcPr>
          <w:p/>
        </w:tc>
      </w:tr>
      <w:tr>
        <w:trPr>
          <w:cantSplit/>
          <w:trHeight w:val="261" w:hRule="atLeast"/>
        </w:trPr>
        <w:tc>
          <w:tcPr>
            <w:tcW w:type="dxa" w:w="6406"/>
            <w:vAlign w:val="center"/>
          </w:tcPr>
          <w:p>
            <w:pPr>
              <w:spacing w:before="0" w:after="0" w:line="240" w:lineRule="auto"/>
            </w:pPr>
            <w:r>
              <w:rPr>
                <w:rFonts w:ascii="Arial" w:hAnsi="Arial" w:eastAsia="Arial"/>
                <w:b w:val="0"/>
                <w:i w:val="0"/>
                <w:color w:val="000000"/>
                <w:sz w:val="15"/>
              </w:rPr>
              <w:t>Uyarı ışığı / arıza belirtisi yok</w:t>
            </w:r>
          </w:p>
        </w:tc>
        <w:tc>
          <w:tcPr>
            <w:tcW w:type="dxa" w:w="879"/>
            <w:vAlign w:val="center"/>
          </w:tcPr>
          <w:p>
            <w:pPr>
              <w:spacing w:before="0" w:after="0" w:line="240" w:lineRule="auto"/>
              <w:jc w:val="center"/>
            </w:pPr>
            <w:sdt>
              <w:sdtPr>
                <w:id w:val="127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16"/>
                  </w:rPr>
                  <w:t>☐</w:t>
                </w:r>
              </w:sdtContent>
            </w:sdt>
          </w:p>
        </w:tc>
        <w:tc>
          <w:tcPr>
            <w:tcW w:type="dxa" w:w="879"/>
            <w:vAlign w:val="center"/>
          </w:tcPr>
          <w:p>
            <w:pPr>
              <w:spacing w:before="0" w:after="0" w:line="240" w:lineRule="auto"/>
              <w:jc w:val="center"/>
            </w:pPr>
            <w:sdt>
              <w:sdtPr>
                <w:id w:val="127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16"/>
                  </w:rPr>
                  <w:t>☐</w:t>
                </w:r>
              </w:sdtContent>
            </w:sdt>
          </w:p>
        </w:tc>
        <w:tc>
          <w:tcPr>
            <w:tcW w:type="dxa" w:w="2154"/>
            <w:vAlign w:val="center"/>
          </w:tcPr>
          <w:p/>
        </w:tc>
      </w:tr>
      <w:tr>
        <w:trPr>
          <w:cantSplit/>
          <w:trHeight w:val="261" w:hRule="atLeast"/>
        </w:trPr>
        <w:tc>
          <w:tcPr>
            <w:tcW w:type="dxa" w:w="6406"/>
            <w:vAlign w:val="center"/>
          </w:tcPr>
          <w:p>
            <w:pPr>
              <w:spacing w:before="0" w:after="0" w:line="240" w:lineRule="auto"/>
            </w:pPr>
            <w:r>
              <w:rPr>
                <w:rFonts w:ascii="Arial" w:hAnsi="Arial" w:eastAsia="Arial"/>
                <w:b w:val="0"/>
                <w:i w:val="0"/>
                <w:color w:val="000000"/>
                <w:sz w:val="15"/>
              </w:rPr>
              <w:t>Araç temizlendi, eski parçalar ayrıldı</w:t>
            </w:r>
          </w:p>
        </w:tc>
        <w:tc>
          <w:tcPr>
            <w:tcW w:type="dxa" w:w="879"/>
            <w:vAlign w:val="center"/>
          </w:tcPr>
          <w:p>
            <w:pPr>
              <w:spacing w:before="0" w:after="0" w:line="240" w:lineRule="auto"/>
              <w:jc w:val="center"/>
            </w:pPr>
            <w:sdt>
              <w:sdtPr>
                <w:id w:val="127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16"/>
                  </w:rPr>
                  <w:t>☐</w:t>
                </w:r>
              </w:sdtContent>
            </w:sdt>
          </w:p>
        </w:tc>
        <w:tc>
          <w:tcPr>
            <w:tcW w:type="dxa" w:w="879"/>
            <w:vAlign w:val="center"/>
          </w:tcPr>
          <w:p>
            <w:pPr>
              <w:spacing w:before="0" w:after="0" w:line="240" w:lineRule="auto"/>
              <w:jc w:val="center"/>
            </w:pPr>
            <w:sdt>
              <w:sdtPr>
                <w:id w:val="128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16"/>
                  </w:rPr>
                  <w:t>☐</w:t>
                </w:r>
              </w:sdtContent>
            </w:sdt>
          </w:p>
        </w:tc>
        <w:tc>
          <w:tcPr>
            <w:tcW w:type="dxa" w:w="2154"/>
            <w:vAlign w:val="center"/>
          </w:tcPr>
          <w:p/>
        </w:tc>
      </w:tr>
    </w:tbl>
    <w:p>
      <w:pPr>
        <w:spacing w:before="0" w:after="0" w:line="70" w:lineRule="exact"/>
      </w:pPr>
      <w:r>
        <w:rPr>
          <w:rFonts w:ascii="Arial" w:hAnsi="Arial" w:eastAsia="Arial"/>
          <w:b w:val="0"/>
          <w:i w:val="0"/>
          <w:color w:val="000000"/>
          <w:sz w:val="2"/>
        </w:rPr>
      </w:r>
    </w:p>
    <w:tbl>
      <w:tblPr>
        <w:tblW w:w="1031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28" w:type="dxa"/>
          <w:left w:w="80" w:type="dxa"/>
          <w:bottom w:w="28" w:type="dxa"/>
          <w:right w:w="80" w:type="dxa"/>
        </w:tblCellMar>
        <w:tblLook w:firstColumn="1" w:firstRow="1" w:lastColumn="0" w:lastRow="0" w:noHBand="0" w:noVBand="1" w:val="04A0"/>
      </w:tblPr>
      <w:tblGrid>
        <w:gridCol w:w="10319"/>
      </w:tblGrid>
      <w:tr>
        <w:trPr>
          <w:cantSplit/>
        </w:trPr>
        <w:tc>
          <w:tcPr>
            <w:tcW w:type="dxa" w:w="10318"/>
            <w:shd w:val="clear" w:color="auto" w:fill="E3E3E3"/>
          </w:tcPr>
          <w:p>
            <w:pPr>
              <w:keepNext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color w:val="000000"/>
                <w:sz w:val="17"/>
              </w:rPr>
              <w:t>Maliyet Özeti</w:t>
            </w:r>
          </w:p>
        </w:tc>
      </w:tr>
    </w:tbl>
    <w:tbl>
      <w:tblPr>
        <w:tblW w:w="1031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30" w:type="dxa"/>
          <w:left w:w="60" w:type="dxa"/>
          <w:bottom w:w="30" w:type="dxa"/>
          <w:right w:w="60" w:type="dxa"/>
        </w:tblCellMar>
        <w:tblLook w:firstColumn="1" w:firstRow="1" w:lastColumn="0" w:lastRow="0" w:noHBand="0" w:noVBand="1" w:val="04A0"/>
      </w:tblPr>
      <w:tblGrid>
        <w:gridCol w:w="2579"/>
        <w:gridCol w:w="2579"/>
        <w:gridCol w:w="2579"/>
        <w:gridCol w:w="2579"/>
      </w:tblGrid>
      <w:tr>
        <w:trPr>
          <w:cantSplit/>
          <w:trHeight w:val="397" w:hRule="atLeast"/>
        </w:trPr>
        <w:tc>
          <w:tcPr>
            <w:tcW w:type="dxa" w:w="2580"/>
          </w:tcPr>
          <w:p>
            <w:pPr>
              <w:keepNext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color w:val="000000"/>
                <w:sz w:val="14"/>
              </w:rPr>
              <w:t>İşçilik</w:t>
            </w:r>
          </w:p>
        </w:tc>
        <w:tc>
          <w:tcPr>
            <w:tcW w:type="dxa" w:w="2580"/>
          </w:tcPr>
          <w:p>
            <w:pPr>
              <w:keepNext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color w:val="000000"/>
                <w:sz w:val="14"/>
              </w:rPr>
              <w:t>Parça</w:t>
            </w:r>
          </w:p>
        </w:tc>
        <w:tc>
          <w:tcPr>
            <w:tcW w:type="dxa" w:w="2580"/>
          </w:tcPr>
          <w:p>
            <w:pPr>
              <w:keepNext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color w:val="000000"/>
                <w:sz w:val="14"/>
              </w:rPr>
              <w:t>KDV</w:t>
            </w:r>
          </w:p>
        </w:tc>
        <w:tc>
          <w:tcPr>
            <w:tcW w:type="dxa" w:w="2580"/>
          </w:tcPr>
          <w:p>
            <w:pPr>
              <w:keepNext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color w:val="000000"/>
                <w:sz w:val="14"/>
              </w:rPr>
              <w:t>Genel Toplam</w:t>
            </w:r>
          </w:p>
        </w:tc>
      </w:tr>
    </w:tbl>
    <w:p>
      <w:pPr>
        <w:keepNext/>
        <w:spacing w:before="0" w:after="0" w:line="70" w:lineRule="exact"/>
      </w:pPr>
      <w:r>
        <w:rPr>
          <w:rFonts w:ascii="Arial" w:hAnsi="Arial" w:eastAsia="Arial"/>
          <w:b w:val="0"/>
          <w:i w:val="0"/>
          <w:color w:val="000000"/>
          <w:sz w:val="2"/>
        </w:rPr>
      </w:r>
    </w:p>
    <w:tbl>
      <w:tblPr>
        <w:tblW w:w="1031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30" w:type="dxa"/>
          <w:left w:w="80" w:type="dxa"/>
          <w:bottom w:w="30" w:type="dxa"/>
          <w:right w:w="60" w:type="dxa"/>
        </w:tblCellMar>
        <w:tblLook w:firstColumn="1" w:firstRow="1" w:lastColumn="0" w:lastRow="0" w:noHBand="0" w:noVBand="1" w:val="04A0"/>
      </w:tblPr>
      <w:tblGrid>
        <w:gridCol w:w="1719"/>
        <w:gridCol w:w="1719"/>
        <w:gridCol w:w="1719"/>
        <w:gridCol w:w="1719"/>
        <w:gridCol w:w="1719"/>
        <w:gridCol w:w="1719"/>
      </w:tblGrid>
      <w:tr>
        <w:trPr>
          <w:cantSplit/>
        </w:trPr>
        <w:tc>
          <w:tcPr>
            <w:tcW w:type="dxa" w:w="3440"/>
            <w:gridSpan w:val="2"/>
          </w:tcPr>
          <w:p>
            <w:pPr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color w:val="000000"/>
                <w:sz w:val="15"/>
              </w:rPr>
              <w:t>Servis Danışmanı</w:t>
            </w:r>
          </w:p>
        </w:tc>
        <w:tc>
          <w:tcPr>
            <w:tcW w:type="dxa" w:w="3440"/>
            <w:gridSpan w:val="2"/>
          </w:tcPr>
          <w:p>
            <w:pPr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color w:val="000000"/>
                <w:sz w:val="15"/>
              </w:rPr>
              <w:t>Teknisyen</w:t>
            </w:r>
          </w:p>
        </w:tc>
        <w:tc>
          <w:tcPr>
            <w:tcW w:type="dxa" w:w="3440"/>
            <w:gridSpan w:val="2"/>
          </w:tcPr>
          <w:p>
            <w:pPr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color w:val="000000"/>
                <w:sz w:val="15"/>
              </w:rPr>
              <w:t>Müşteri Onayı</w:t>
            </w:r>
          </w:p>
        </w:tc>
      </w:tr>
      <w:tr>
        <w:trPr>
          <w:cantSplit/>
          <w:trHeight w:val="397" w:hRule="atLeast"/>
        </w:trPr>
        <w:tc>
          <w:tcPr>
            <w:tcW w:type="dxa" w:w="3440"/>
            <w:gridSpan w:val="2"/>
          </w:tcPr>
          <w:p>
            <w:pPr>
              <w:spacing w:before="0" w:after="0" w:line="240" w:lineRule="auto"/>
            </w:pPr>
            <w:r>
              <w:rPr>
                <w:rFonts w:ascii="Arial" w:hAnsi="Arial" w:eastAsia="Arial"/>
                <w:b w:val="0"/>
                <w:i w:val="0"/>
                <w:color w:val="000000"/>
                <w:sz w:val="15"/>
              </w:rPr>
              <w:t>Ad Soyad:</w:t>
            </w:r>
          </w:p>
        </w:tc>
        <w:tc>
          <w:tcPr>
            <w:tcW w:type="dxa" w:w="3440"/>
            <w:gridSpan w:val="2"/>
          </w:tcPr>
          <w:p>
            <w:pPr>
              <w:spacing w:before="0" w:after="0" w:line="240" w:lineRule="auto"/>
            </w:pPr>
            <w:r>
              <w:rPr>
                <w:rFonts w:ascii="Arial" w:hAnsi="Arial" w:eastAsia="Arial"/>
                <w:b w:val="0"/>
                <w:i w:val="0"/>
                <w:color w:val="000000"/>
                <w:sz w:val="15"/>
              </w:rPr>
              <w:t>Ad Soyad:</w:t>
            </w:r>
          </w:p>
        </w:tc>
        <w:tc>
          <w:tcPr>
            <w:tcW w:type="dxa" w:w="3440"/>
            <w:gridSpan w:val="2"/>
          </w:tcPr>
          <w:p>
            <w:pPr>
              <w:spacing w:before="0" w:after="0" w:line="240" w:lineRule="auto"/>
            </w:pPr>
            <w:r>
              <w:rPr>
                <w:rFonts w:ascii="Arial" w:hAnsi="Arial" w:eastAsia="Arial"/>
                <w:b w:val="0"/>
                <w:i w:val="0"/>
                <w:color w:val="000000"/>
                <w:sz w:val="15"/>
              </w:rPr>
              <w:t>Ad Soyad:</w:t>
            </w:r>
          </w:p>
        </w:tc>
      </w:tr>
      <w:tr>
        <w:trPr>
          <w:cantSplit/>
          <w:trHeight w:val="624" w:hRule="atLeast"/>
        </w:trPr>
        <w:tc>
          <w:tcPr>
            <w:tcW w:type="dxa" w:w="1720"/>
          </w:tcPr>
          <w:p>
            <w:pPr>
              <w:spacing w:before="0" w:after="0" w:line="240" w:lineRule="auto"/>
            </w:pPr>
            <w:r>
              <w:rPr>
                <w:rFonts w:ascii="Arial" w:hAnsi="Arial" w:eastAsia="Arial"/>
                <w:b w:val="0"/>
                <w:i w:val="0"/>
                <w:color w:val="000000"/>
                <w:sz w:val="15"/>
              </w:rPr>
              <w:t>Tarih:</w:t>
            </w:r>
          </w:p>
        </w:tc>
        <w:tc>
          <w:tcPr>
            <w:tcW w:type="dxa" w:w="1720"/>
          </w:tcPr>
          <w:p>
            <w:pPr>
              <w:spacing w:before="0" w:after="0" w:line="240" w:lineRule="auto"/>
            </w:pPr>
            <w:r>
              <w:rPr>
                <w:rFonts w:ascii="Arial" w:hAnsi="Arial" w:eastAsia="Arial"/>
                <w:b w:val="0"/>
                <w:i w:val="0"/>
                <w:color w:val="000000"/>
                <w:sz w:val="15"/>
              </w:rPr>
              <w:t>İmza:</w:t>
            </w:r>
          </w:p>
        </w:tc>
        <w:tc>
          <w:tcPr>
            <w:tcW w:type="dxa" w:w="1720"/>
          </w:tcPr>
          <w:p>
            <w:pPr>
              <w:spacing w:before="0" w:after="0" w:line="240" w:lineRule="auto"/>
            </w:pPr>
            <w:r>
              <w:rPr>
                <w:rFonts w:ascii="Arial" w:hAnsi="Arial" w:eastAsia="Arial"/>
                <w:b w:val="0"/>
                <w:i w:val="0"/>
                <w:color w:val="000000"/>
                <w:sz w:val="15"/>
              </w:rPr>
              <w:t>Tarih:</w:t>
            </w:r>
          </w:p>
        </w:tc>
        <w:tc>
          <w:tcPr>
            <w:tcW w:type="dxa" w:w="1720"/>
          </w:tcPr>
          <w:p>
            <w:pPr>
              <w:spacing w:before="0" w:after="0" w:line="240" w:lineRule="auto"/>
            </w:pPr>
            <w:r>
              <w:rPr>
                <w:rFonts w:ascii="Arial" w:hAnsi="Arial" w:eastAsia="Arial"/>
                <w:b w:val="0"/>
                <w:i w:val="0"/>
                <w:color w:val="000000"/>
                <w:sz w:val="15"/>
              </w:rPr>
              <w:t>İmza:</w:t>
            </w:r>
          </w:p>
        </w:tc>
        <w:tc>
          <w:tcPr>
            <w:tcW w:type="dxa" w:w="1720"/>
          </w:tcPr>
          <w:p>
            <w:pPr>
              <w:spacing w:before="0" w:after="0" w:line="240" w:lineRule="auto"/>
            </w:pPr>
            <w:r>
              <w:rPr>
                <w:rFonts w:ascii="Arial" w:hAnsi="Arial" w:eastAsia="Arial"/>
                <w:b w:val="0"/>
                <w:i w:val="0"/>
                <w:color w:val="000000"/>
                <w:sz w:val="15"/>
              </w:rPr>
              <w:t>Tarih:</w:t>
            </w:r>
          </w:p>
        </w:tc>
        <w:tc>
          <w:tcPr>
            <w:tcW w:type="dxa" w:w="1720"/>
          </w:tcPr>
          <w:p>
            <w:pPr>
              <w:spacing w:before="0" w:after="0" w:line="240" w:lineRule="auto"/>
            </w:pPr>
            <w:r>
              <w:rPr>
                <w:rFonts w:ascii="Arial" w:hAnsi="Arial" w:eastAsia="Arial"/>
                <w:b w:val="0"/>
                <w:i w:val="0"/>
                <w:color w:val="000000"/>
                <w:sz w:val="15"/>
              </w:rPr>
              <w:t>İmza:</w:t>
            </w:r>
          </w:p>
        </w:tc>
      </w:tr>
    </w:tbl>
    <w:p>
      <w:pPr>
        <w:spacing w:before="0" w:after="0" w:line="70" w:lineRule="exact"/>
      </w:pPr>
      <w:r>
        <w:rPr>
          <w:rFonts w:ascii="Arial" w:hAnsi="Arial" w:eastAsia="Arial"/>
          <w:b w:val="0"/>
          <w:i w:val="0"/>
          <w:color w:val="000000"/>
          <w:sz w:val="2"/>
        </w:rPr>
      </w:r>
    </w:p>
    <w:sectPr w:rsidR="00FC693F" w:rsidRPr="0006063C" w:rsidSect="00034616">
      <w:footerReference w:type="default" r:id="rId9"/>
      <w:pgSz w:w="11906" w:h="16838"/>
      <w:pgMar w:top="510" w:right="794" w:bottom="794" w:left="794" w:header="720" w:footer="283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spacing w:before="0"/>
    </w:pPr>
    <w:r>
      <w:rPr>
        <w:rFonts w:ascii="Arial" w:hAnsi="Arial" w:eastAsia="Arial"/>
        <w:b w:val="0"/>
        <w:i w:val="0"/>
        <w:color w:val="000000"/>
        <w:sz w:val="13"/>
      </w:rPr>
      <w:t>Bu form örnek niteliğindedir; kullanım amacınıza göre uyarlayınız. Resmî kurum belgesi değildir.</w:t>
    </w:r>
  </w:p>
  <w:p>
    <w:pPr>
      <w:jc w:val="right"/>
    </w:pPr>
    <w:r>
      <w:rPr>
        <w:rFonts w:ascii="Arial" w:hAnsi="Arial" w:eastAsia="Arial"/>
        <w:b w:val="0"/>
        <w:i w:val="0"/>
        <w:color w:val="000000"/>
        <w:sz w:val="13"/>
      </w:rPr>
      <w:t xml:space="preserve">Sayfa </w:t>
    </w:r>
    <w:r>
      <w:rPr>
        <w:rFonts w:ascii="Arial" w:hAnsi="Arial" w:eastAsia="Arial"/>
        <w:b w:val="0"/>
        <w:i w:val="0"/>
        <w:color w:val="000000"/>
        <w:sz w:val="13"/>
      </w:rPr>
      <w:fldChar w:fldCharType="begin"/>
      <w:instrText xml:space="preserve"> PAGE </w:instrText>
      <w:fldChar w:fldCharType="separate"/>
      <w:t>1</w:t>
      <w:fldChar w:fldCharType="end"/>
    </w:r>
    <w:r>
      <w:rPr>
        <w:rFonts w:ascii="Arial" w:hAnsi="Arial" w:eastAsia="Arial"/>
        <w:b w:val="0"/>
        <w:i w:val="0"/>
        <w:color w:val="000000"/>
        <w:sz w:val="13"/>
      </w:rPr>
      <w:t xml:space="preserve"> / </w:t>
    </w:r>
    <w:r>
      <w:rPr>
        <w:rFonts w:ascii="Arial" w:hAnsi="Arial" w:eastAsia="Arial"/>
        <w:b w:val="0"/>
        <w:i w:val="0"/>
        <w:color w:val="000000"/>
        <w:sz w:val="13"/>
      </w:rPr>
      <w:fldChar w:fldCharType="begin"/>
      <w:instrText xml:space="preserve"> NUMPAGES </w:instrText>
      <w:fldChar w:fldCharType="separate"/>
      <w:t>1</w: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eastAsia="Arial"/>
      <w:sz w:val="16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Oto Servis İş Emri Formu</dc:title>
  <dc:subject/>
  <dc:creator/>
  <cp:keywords/>
  <dc:description/>
  <cp:lastModifiedBy/>
  <cp:revision>1</cp:revision>
  <dcterms:created xsi:type="dcterms:W3CDTF">2026-01-01T00:00:00Z</dcterms:created>
  <dcterms:modified xsi:type="dcterms:W3CDTF">2026-01-01T00:00:00Z</dcterms:modified>
  <cp:category/>
</cp:coreProperties>
</file>