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Periyodik Araç Bakım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Bakım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Bakım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Servis / Teknisyen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Bakım türü</w:t>
            </w:r>
          </w:p>
          <w:p>
            <w:pPr>
              <w:spacing w:before="20"/>
            </w:pPr>
            <w:sdt>
              <w:sdtPr>
                <w:id w:val="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Periyodik km bakımı    </w:t>
            </w:r>
            <w:sdt>
              <w:sdtPr>
                <w:id w:val="1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Yıllık bakım    </w:t>
            </w:r>
            <w:sdt>
              <w:sdtPr>
                <w:id w:val="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Büyük bakım    </w:t>
            </w:r>
            <w:sdt>
              <w:sdtPr>
                <w:id w:val="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Ara kontrol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Motor ve Sıvılar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5658"/>
        <w:gridCol w:w="1253"/>
        <w:gridCol w:w="1253"/>
        <w:gridCol w:w="2154"/>
      </w:tblGrid>
      <w:tr>
        <w:trPr>
          <w:cantSplit/>
          <w:tblHeader/>
        </w:trPr>
        <w:tc>
          <w:tcPr>
            <w:tcW w:type="dxa" w:w="565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125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edildi</w:t>
            </w:r>
          </w:p>
        </w:tc>
        <w:tc>
          <w:tcPr>
            <w:tcW w:type="dxa" w:w="125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Değiştirildi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yağı ve yağ filtresi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Hava filtresi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Polen (kabin) filtresi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filtresi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Soğutma suyu / antifriz seviyesi ve donma derecesi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hidroliği seviyesi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Direksiyon hidroliği / yağı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 suyu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6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Kayış ve hortumların görünümü</w:t>
            </w:r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253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Fren, Alt Takım ve Lastik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Ön fren balata ve diskleri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Arka fren balata ve diskleri / kampanalar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Amortisör ve rotiller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diş derinliği ve basıncı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yaşı ve yan yüz durumu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Rot-balans ihtiyacı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Egzoz sistemi ve sızdırmazlık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Elektrik ve Aydınlatma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Akü durumu ve kutup başları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Farlar, stoplar ve sinyal lambaları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Silecek lastikleri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performansı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paneli uyarı ışıkları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Arıza kodu (OBD) taraması yapıldı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Sonraki Bakım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Sonraki Bakım Kilometresi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Sonraki Bakım Tarihi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Yapılan Ek İşlemler ve Öneriler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Bakımı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Araç Sahibi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Periyodik Araç Bakım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