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Servis Test Sürüşü Kayıt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 ve Araç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Müşteri Ad Soyad / Ünvan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 Emri / Kabul No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Test Sürüşü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Test Eden Teknisyen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Tarih / Saat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Çıkış Km</w:t>
            </w:r>
          </w:p>
        </w:tc>
      </w:tr>
      <w:tr>
        <w:trPr>
          <w:cantSplit/>
          <w:trHeight w:val="53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Dönüş Km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Güzergâh / Süre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Yol ve hava durumu</w:t>
            </w:r>
          </w:p>
          <w:p>
            <w:pPr>
              <w:spacing w:before="20"/>
            </w:pPr>
            <w:sdt>
              <w:sdtPr>
                <w:id w:val="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Kuru    </w:t>
            </w:r>
            <w:sdt>
              <w:sdtPr>
                <w:id w:val="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Islak    </w:t>
            </w:r>
            <w:sdt>
              <w:sdtPr>
                <w:id w:val="1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Karlı / buzlu    </w:t>
            </w:r>
            <w:sdt>
              <w:sdtPr>
                <w:id w:val="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Şehir içi    </w:t>
            </w:r>
            <w:sdt>
              <w:sdtPr>
                <w:id w:val="1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Şehirlerarası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Sürüş Öncesi Kontrol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Sıvı seviyeleri ve kaçak kontrolü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 basıncı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Fren pedalı sertliği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Uyarı ışıkları (kontak açıkken)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Test Sürüşü Gözlemleri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Motor performansı ve rölanti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Gaz tepkisi ve çekiş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Vites geçişleri / şanzıman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Fren etkinliği ve fren sesi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Direksiyon yönlendirmesi ve sapma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Süspansiyon, tıkırtı ve gürültüler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Titreşim (rölanti ve hızda)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Klima ve ısıtma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Gösterge ve uyarı ışıkları (sürüşte)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Müşteri şikâyetinin giderilmesi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Tespit Edilen Sorunlar ve Yapılacaklar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Sonuç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Karar</w:t>
            </w:r>
          </w:p>
          <w:p>
            <w:pPr>
              <w:keepNext/>
              <w:spacing w:before="20"/>
            </w:pPr>
            <w:sdt>
              <w:sdtPr>
                <w:id w:val="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Teslime uygun    </w:t>
            </w:r>
            <w:sdt>
              <w:sdtPr>
                <w:id w:val="1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Ek işlem gerekli    </w:t>
            </w:r>
            <w:sdt>
              <w:sdtPr>
                <w:id w:val="1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Tekrar test gerekli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Test Eden Teknisyen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Kalite Kontrol / Danışman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Servis Test Sürüşü Kayıt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