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Servis Yedek Parça Kullanım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İş Emri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Teknisyen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Depo Sorumlusu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Kullanılan Parçalar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1440"/>
        <w:gridCol w:w="2880"/>
        <w:gridCol w:w="1440"/>
        <w:gridCol w:w="1080"/>
        <w:gridCol w:w="720"/>
        <w:gridCol w:w="1152"/>
        <w:gridCol w:w="1152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144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 Kodu</w:t>
            </w:r>
          </w:p>
        </w:tc>
        <w:tc>
          <w:tcPr>
            <w:tcW w:type="dxa" w:w="28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 Adı</w:t>
            </w:r>
          </w:p>
        </w:tc>
        <w:tc>
          <w:tcPr>
            <w:tcW w:type="dxa" w:w="144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Üretici</w:t>
            </w:r>
          </w:p>
        </w:tc>
        <w:tc>
          <w:tcPr>
            <w:tcW w:type="dxa" w:w="10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Tip</w:t>
            </w:r>
          </w:p>
        </w:tc>
        <w:tc>
          <w:tcPr>
            <w:tcW w:type="dxa" w:w="72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115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Birim Fiyat</w:t>
            </w:r>
          </w:p>
        </w:tc>
        <w:tc>
          <w:tcPr>
            <w:tcW w:type="dxa" w:w="115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</w:t>
            </w: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11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12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2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52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Parça Tipi ve Eski Parça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 tipi (genel)</w:t>
            </w:r>
          </w:p>
          <w:p>
            <w:pPr>
              <w:spacing w:before="20"/>
            </w:pPr>
            <w:sdt>
              <w:sdtPr>
                <w:id w:val="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Orijinal    </w:t>
            </w:r>
            <w:sdt>
              <w:sdtPr>
                <w:id w:val="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Muadil    </w:t>
            </w:r>
            <w:sdt>
              <w:sdtPr>
                <w:id w:val="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Çıkma    </w:t>
            </w:r>
            <w:sdt>
              <w:sdtPr>
                <w:id w:val="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Karma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Eski parçalar</w:t>
            </w:r>
          </w:p>
          <w:p>
            <w:pPr>
              <w:spacing w:before="20"/>
            </w:pPr>
            <w:sdt>
              <w:sdtPr>
                <w:id w:val="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Müşteriye iade edildi    </w:t>
            </w:r>
            <w:sdt>
              <w:sdtPr>
                <w:id w:val="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Serviste kaldı    </w:t>
            </w:r>
            <w:sdt>
              <w:sdtPr>
                <w:id w:val="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İade istenmedi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Parça Tutarı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Stoktan düşüm yapıldı</w:t>
            </w:r>
          </w:p>
          <w:p>
            <w:pPr>
              <w:spacing w:before="20"/>
            </w:pPr>
            <w:sdt>
              <w:sdtPr>
                <w:id w:val="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Teknisyen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Depo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 Yedek Parça Kullanım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