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Şirket Aracı Kullanım Talep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Talep Eden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Sicil No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Departman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Yönetici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Talep Tarihi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Talep Detayları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Kullanım Başlangıcı (tarih / saat)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Kullanım Bitişi (tarih / saat)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Gidilecek Yer / Güzergâh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Tahmini Mesafe (km)</w:t>
            </w:r>
          </w:p>
        </w:tc>
      </w:tr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İstenen araç türü</w:t>
            </w:r>
          </w:p>
          <w:p>
            <w:pPr>
              <w:spacing w:before="20"/>
            </w:pPr>
            <w:sdt>
              <w:sdtPr>
                <w:id w:val="1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Binek    </w:t>
            </w:r>
            <w:sdt>
              <w:sdtPr>
                <w:id w:val="1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Hafif ticari    </w:t>
            </w:r>
            <w:sdt>
              <w:sdtPr>
                <w:id w:val="1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Kamyonet    </w:t>
            </w:r>
            <w:sdt>
              <w:sdtPr>
                <w:id w:val="1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Minibüs    </w:t>
            </w:r>
            <w:sdt>
              <w:sdtPr>
                <w:id w:val="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Elektrikli</w:t>
            </w:r>
          </w:p>
        </w:tc>
      </w:tr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Sürücü</w:t>
            </w:r>
          </w:p>
          <w:p>
            <w:pPr>
              <w:spacing w:before="20"/>
            </w:pPr>
            <w:sdt>
              <w:sdtPr>
                <w:id w:val="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Talep eden kullanacak    </w:t>
            </w:r>
            <w:sdt>
              <w:sdtPr>
                <w:id w:val="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Şoför görevlendirilsin</w:t>
            </w:r>
          </w:p>
        </w:tc>
      </w:tr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Kullanım amacı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Yolcular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5637"/>
        <w:gridCol w:w="4228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5637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</w:t>
            </w:r>
          </w:p>
        </w:tc>
        <w:tc>
          <w:tcPr>
            <w:tcW w:type="dxa" w:w="4228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Departman</w:t>
            </w:r>
          </w:p>
        </w:tc>
      </w:tr>
      <w:tr>
        <w:trPr>
          <w:cantSplit/>
          <w:trHeight w:val="35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563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22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5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563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22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5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563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228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52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5637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4228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Yönetici Onayı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53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Karar</w:t>
            </w:r>
          </w:p>
          <w:p>
            <w:pPr>
              <w:spacing w:before="20"/>
            </w:pPr>
            <w:sdt>
              <w:sdtPr>
                <w:id w:val="1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Uygun    </w:t>
            </w:r>
            <w:sdt>
              <w:sdtPr>
                <w:id w:val="1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Uygun değil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Gerekçe / Not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Filo Sorumlusu Ataması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Atanan Araç Plakası</w:t>
            </w:r>
          </w:p>
        </w:tc>
        <w:tc>
          <w:tcPr>
            <w:tcW w:type="dxa" w:w="5159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Atanan Sürücü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Çıkış Km / Yakıt</w:t>
            </w:r>
          </w:p>
        </w:tc>
        <w:tc>
          <w:tcPr>
            <w:tcW w:type="dxa" w:w="5159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Eden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1719"/>
        <w:gridCol w:w="1719"/>
        <w:gridCol w:w="1719"/>
        <w:gridCol w:w="1719"/>
        <w:gridCol w:w="1719"/>
        <w:gridCol w:w="1719"/>
      </w:tblGrid>
      <w:tr>
        <w:trPr>
          <w:cantSplit/>
        </w:trPr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Talep Eden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Departman Yöneticisi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Filo Sorumlusu</w:t>
            </w:r>
          </w:p>
        </w:tc>
      </w:tr>
      <w:tr>
        <w:trPr>
          <w:cantSplit/>
          <w:trHeight w:val="397" w:hRule="atLeast"/>
        </w:trPr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344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172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Şirket Aracı Kullanım Talep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