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0" w:type="dxa"/>
          <w:left w:w="110" w:type="dxa"/>
          <w:bottom w:w="60" w:type="dxa"/>
          <w:right w:w="80" w:type="dxa"/>
        </w:tblCellMar>
        <w:tblLook w:firstColumn="1" w:firstRow="1" w:lastColumn="0" w:lastRow="0" w:noHBand="0" w:noVBand="1" w:val="04A0"/>
      </w:tblPr>
      <w:tblGrid>
        <w:gridCol w:w="10066"/>
        <w:gridCol w:w="5185"/>
      </w:tblGrid>
      <w:tr>
        <w:trPr>
          <w:cantSplit/>
        </w:trPr>
        <w:tc>
          <w:tcPr>
            <w:tcW w:type="dxa" w:w="10065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29"/>
              </w:rPr>
              <w:t>Şirket Aracı Yakıt ve Şarj Takip Formu</w:t>
            </w:r>
          </w:p>
        </w:tc>
        <w:tc>
          <w:tcPr>
            <w:tcW w:type="dxa" w:w="5185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Tarih: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 / ____ / ________</w:t>
            </w:r>
          </w:p>
          <w:p>
            <w:pPr>
              <w:spacing w:before="60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Belge No: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____________</w:t>
            </w:r>
          </w:p>
        </w:tc>
      </w:tr>
    </w:tbl>
    <w:p>
      <w:pPr>
        <w:spacing w:before="0" w:after="0" w:line="12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5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5252"/>
      </w:tblGrid>
      <w:tr>
        <w:trPr>
          <w:cantSplit/>
        </w:trPr>
        <w:tc>
          <w:tcPr>
            <w:tcW w:type="dxa" w:w="15250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Araç Bilgileri</w:t>
            </w:r>
          </w:p>
        </w:tc>
      </w:tr>
    </w:tbl>
    <w:tbl>
      <w:tblPr>
        <w:tblW w:w="15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813"/>
        <w:gridCol w:w="3813"/>
        <w:gridCol w:w="3813"/>
        <w:gridCol w:w="3813"/>
      </w:tblGrid>
      <w:tr>
        <w:trPr>
          <w:cantSplit/>
          <w:trHeight w:val="397" w:hRule="atLeast"/>
        </w:trPr>
        <w:tc>
          <w:tcPr>
            <w:tcW w:type="dxa" w:w="3813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Plaka</w:t>
            </w:r>
          </w:p>
        </w:tc>
        <w:tc>
          <w:tcPr>
            <w:tcW w:type="dxa" w:w="3813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Marka / Model</w:t>
            </w:r>
          </w:p>
        </w:tc>
        <w:tc>
          <w:tcPr>
            <w:tcW w:type="dxa" w:w="3813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Dönem</w:t>
            </w:r>
          </w:p>
        </w:tc>
        <w:tc>
          <w:tcPr>
            <w:tcW w:type="dxa" w:w="3813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Sorumlu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5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5252"/>
      </w:tblGrid>
      <w:tr>
        <w:trPr>
          <w:cantSplit/>
        </w:trPr>
        <w:tc>
          <w:tcPr>
            <w:tcW w:type="dxa" w:w="15250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Yakıt ve Şarj Kayıtları</w:t>
            </w:r>
          </w:p>
        </w:tc>
      </w:tr>
    </w:tbl>
    <w:tbl>
      <w:tblPr>
        <w:tblW w:w="15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453"/>
        <w:gridCol w:w="1387"/>
        <w:gridCol w:w="2034"/>
        <w:gridCol w:w="1387"/>
        <w:gridCol w:w="2219"/>
        <w:gridCol w:w="1387"/>
        <w:gridCol w:w="1294"/>
        <w:gridCol w:w="1387"/>
        <w:gridCol w:w="2034"/>
        <w:gridCol w:w="1664"/>
      </w:tblGrid>
      <w:tr>
        <w:trPr>
          <w:cantSplit/>
          <w:tblHeader/>
        </w:trPr>
        <w:tc>
          <w:tcPr>
            <w:tcW w:type="dxa" w:w="4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No</w:t>
            </w:r>
          </w:p>
        </w:tc>
        <w:tc>
          <w:tcPr>
            <w:tcW w:type="dxa" w:w="1387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Tarih</w:t>
            </w:r>
          </w:p>
        </w:tc>
        <w:tc>
          <w:tcPr>
            <w:tcW w:type="dxa" w:w="2035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Kullanan</w:t>
            </w:r>
          </w:p>
        </w:tc>
        <w:tc>
          <w:tcPr>
            <w:tcW w:type="dxa" w:w="1387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Km</w:t>
            </w:r>
          </w:p>
        </w:tc>
        <w:tc>
          <w:tcPr>
            <w:tcW w:type="dxa" w:w="2220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Tür (Benzin / Dizel / LPG / Elektrik)</w:t>
            </w:r>
          </w:p>
        </w:tc>
        <w:tc>
          <w:tcPr>
            <w:tcW w:type="dxa" w:w="1387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Miktar (L / kWh)</w:t>
            </w:r>
          </w:p>
        </w:tc>
        <w:tc>
          <w:tcPr>
            <w:tcW w:type="dxa" w:w="1295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Birim Fiyat</w:t>
            </w:r>
          </w:p>
        </w:tc>
        <w:tc>
          <w:tcPr>
            <w:tcW w:type="dxa" w:w="1387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Tutar</w:t>
            </w:r>
          </w:p>
        </w:tc>
        <w:tc>
          <w:tcPr>
            <w:tcW w:type="dxa" w:w="2035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Yer</w:t>
            </w:r>
          </w:p>
        </w:tc>
        <w:tc>
          <w:tcPr>
            <w:tcW w:type="dxa" w:w="1665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Fiş / Fatura No</w:t>
            </w:r>
          </w:p>
        </w:tc>
      </w:tr>
      <w:tr>
        <w:trPr>
          <w:cantSplit/>
          <w:trHeight w:val="34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1</w:t>
            </w:r>
          </w:p>
        </w:tc>
        <w:tc>
          <w:tcPr>
            <w:tcW w:type="dxa" w:w="13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03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22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9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03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665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4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2</w:t>
            </w:r>
          </w:p>
        </w:tc>
        <w:tc>
          <w:tcPr>
            <w:tcW w:type="dxa" w:w="13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03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22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9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03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665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4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3</w:t>
            </w:r>
          </w:p>
        </w:tc>
        <w:tc>
          <w:tcPr>
            <w:tcW w:type="dxa" w:w="13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03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22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9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03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665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4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4</w:t>
            </w:r>
          </w:p>
        </w:tc>
        <w:tc>
          <w:tcPr>
            <w:tcW w:type="dxa" w:w="13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03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22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9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03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665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4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5</w:t>
            </w:r>
          </w:p>
        </w:tc>
        <w:tc>
          <w:tcPr>
            <w:tcW w:type="dxa" w:w="13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03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22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9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03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665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4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6</w:t>
            </w:r>
          </w:p>
        </w:tc>
        <w:tc>
          <w:tcPr>
            <w:tcW w:type="dxa" w:w="13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03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22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9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03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665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4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7</w:t>
            </w:r>
          </w:p>
        </w:tc>
        <w:tc>
          <w:tcPr>
            <w:tcW w:type="dxa" w:w="13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03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22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9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03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665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4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8</w:t>
            </w:r>
          </w:p>
        </w:tc>
        <w:tc>
          <w:tcPr>
            <w:tcW w:type="dxa" w:w="13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03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22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9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03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665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4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9</w:t>
            </w:r>
          </w:p>
        </w:tc>
        <w:tc>
          <w:tcPr>
            <w:tcW w:type="dxa" w:w="13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03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22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9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03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665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4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10</w:t>
            </w:r>
          </w:p>
        </w:tc>
        <w:tc>
          <w:tcPr>
            <w:tcW w:type="dxa" w:w="13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03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22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9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03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665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4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11</w:t>
            </w:r>
          </w:p>
        </w:tc>
        <w:tc>
          <w:tcPr>
            <w:tcW w:type="dxa" w:w="13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03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22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9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03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665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4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12</w:t>
            </w:r>
          </w:p>
        </w:tc>
        <w:tc>
          <w:tcPr>
            <w:tcW w:type="dxa" w:w="13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03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22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9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03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665"/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5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5252"/>
      </w:tblGrid>
      <w:tr>
        <w:trPr>
          <w:cantSplit/>
        </w:trPr>
        <w:tc>
          <w:tcPr>
            <w:tcW w:type="dxa" w:w="15250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Dönem Özeti</w:t>
            </w:r>
          </w:p>
        </w:tc>
      </w:tr>
    </w:tbl>
    <w:tbl>
      <w:tblPr>
        <w:tblW w:w="15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813"/>
        <w:gridCol w:w="3813"/>
        <w:gridCol w:w="3813"/>
        <w:gridCol w:w="3813"/>
      </w:tblGrid>
      <w:tr>
        <w:trPr>
          <w:cantSplit/>
          <w:trHeight w:val="397" w:hRule="atLeast"/>
        </w:trPr>
        <w:tc>
          <w:tcPr>
            <w:tcW w:type="dxa" w:w="381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Toplam Tutar</w:t>
            </w:r>
          </w:p>
        </w:tc>
        <w:tc>
          <w:tcPr>
            <w:tcW w:type="dxa" w:w="381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Dolum / Şarj Sayısı</w:t>
            </w:r>
          </w:p>
        </w:tc>
        <w:tc>
          <w:tcPr>
            <w:tcW w:type="dxa" w:w="381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Dönemde Kat Edilen Km</w:t>
            </w:r>
          </w:p>
        </w:tc>
        <w:tc>
          <w:tcPr>
            <w:tcW w:type="dxa" w:w="381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Kilometre Başına Maliyet</w:t>
            </w:r>
          </w:p>
        </w:tc>
      </w:tr>
    </w:tbl>
    <w:p>
      <w:pPr>
        <w:keepNext/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5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8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813"/>
        <w:gridCol w:w="3813"/>
        <w:gridCol w:w="3813"/>
        <w:gridCol w:w="3813"/>
      </w:tblGrid>
      <w:tr>
        <w:trPr>
          <w:cantSplit/>
        </w:trPr>
        <w:tc>
          <w:tcPr>
            <w:tcW w:type="dxa" w:w="7626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Düzenleyen</w:t>
            </w:r>
          </w:p>
        </w:tc>
        <w:tc>
          <w:tcPr>
            <w:tcW w:type="dxa" w:w="7626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Filo Sorumlusu</w:t>
            </w:r>
          </w:p>
        </w:tc>
      </w:tr>
      <w:tr>
        <w:trPr>
          <w:cantSplit/>
          <w:trHeight w:val="397" w:hRule="atLeast"/>
        </w:trPr>
        <w:tc>
          <w:tcPr>
            <w:tcW w:type="dxa" w:w="7626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  <w:tc>
          <w:tcPr>
            <w:tcW w:type="dxa" w:w="7626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</w:tr>
      <w:tr>
        <w:trPr>
          <w:cantSplit/>
          <w:trHeight w:val="624" w:hRule="atLeast"/>
        </w:trPr>
        <w:tc>
          <w:tcPr>
            <w:tcW w:type="dxa" w:w="3813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3813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  <w:tc>
          <w:tcPr>
            <w:tcW w:type="dxa" w:w="3813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3813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sectPr w:rsidR="00FC693F" w:rsidRPr="0006063C" w:rsidSect="00034616">
      <w:footerReference w:type="default" r:id="rId9"/>
      <w:pgSz w:w="16838" w:h="11906" w:orient="landscape"/>
      <w:pgMar w:top="510" w:right="794" w:bottom="794" w:left="794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000000"/>
        <w:sz w:val="13"/>
      </w:rPr>
      <w:t>Bu form örnek niteliğindedir; kullanım amacınıza göre uyarlayınız. Resmî kurum belgesi değildir.</w:t>
    </w:r>
  </w:p>
  <w:p>
    <w:pPr>
      <w:jc w:val="right"/>
    </w:pPr>
    <w:r>
      <w:rPr>
        <w:rFonts w:ascii="Arial" w:hAnsi="Arial" w:eastAsia="Arial"/>
        <w:b w:val="0"/>
        <w:i w:val="0"/>
        <w:color w:val="000000"/>
        <w:sz w:val="13"/>
      </w:rPr>
      <w:t xml:space="preserve">Sayfa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000000"/>
        <w:sz w:val="13"/>
      </w:rPr>
      <w:t xml:space="preserve"> /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Şirket Aracı Yakıt ve Şarj Takip Formu</dc:title>
  <dc:subject/>
  <dc:creator/>
  <cp:keywords/>
  <dc:description/>
  <cp:lastModifiedBy/>
  <cp:revision>1</cp:revision>
  <dcterms:created xsi:type="dcterms:W3CDTF">2026-01-01T00:00:00Z</dcterms:created>
  <dcterms:modified xsi:type="dcterms:W3CDTF">2026-01-01T00:00:00Z</dcterms:modified>
  <cp:category/>
</cp:coreProperties>
</file>