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Uzun Yol Öncesi Araç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Yolculuk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Sürücü(ler)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Çıkış Tarihi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Güzergâh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Mesafe (km)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Yolcu Sayısı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Kontrolü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basıncı (stepne dahil) ve diş derinliği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yağı seviyesi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Soğutma suyu / antifriz seviyesi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hidroliği ve fren hissi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 suyu ve silecekler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Far, stop, sinyal ve sis lambaları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Akü durumu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/ ısıtma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Uyarı ışığı yanmıyor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Belgeler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Hazır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Eksik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Ehliyet ve kimlik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Ruhsat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Zorunlu trafik sigortası / kasko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HGS / OGS bakiyesi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Yurt dışı yolculukta gerekli belgeler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Ekipman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Hazır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Eksik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Reflektör ve ilk yardım çantası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Yangın söndürücü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Kriko, bijon anahtarı ve stepne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Çekme halatı ve akü takviye kablosu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Telefon şarj cihazı, powerbank, el feneri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Yeterli su ve atıştırmalık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Yolculuk Planı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185"/>
        <w:gridCol w:w="989"/>
        <w:gridCol w:w="989"/>
        <w:gridCol w:w="2154"/>
      </w:tblGrid>
      <w:tr>
        <w:trPr>
          <w:cantSplit/>
          <w:tblHeader/>
        </w:trPr>
        <w:tc>
          <w:tcPr>
            <w:tcW w:type="dxa" w:w="618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98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Tamam</w:t>
            </w:r>
          </w:p>
        </w:tc>
        <w:tc>
          <w:tcPr>
            <w:tcW w:type="dxa" w:w="98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Yapılacak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noktaları planlandı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Mola noktaları ve süreleri belirlendi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Güzergâh ve alternatif yol kontrol edildi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Acil durum telefonları kaydedildi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Yol ve hava durumu kontrol edildi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Sürücü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Kontrol Eden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Uzun Yol Öncesi Araç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